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E30FC" w14:textId="77777777" w:rsidR="001A429C" w:rsidRPr="00505F1F" w:rsidRDefault="001A429C" w:rsidP="001A429C">
      <w:pPr>
        <w:jc w:val="center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noProof/>
          <w:sz w:val="24"/>
          <w:szCs w:val="24"/>
          <w:lang w:val="es-CL" w:eastAsia="es-CL"/>
        </w:rPr>
        <w:drawing>
          <wp:inline distT="0" distB="0" distL="0" distR="0" wp14:anchorId="0259CFF5" wp14:editId="4A8B983C">
            <wp:extent cx="3418116" cy="1752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LA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3264" cy="180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A0E84" w14:textId="77777777" w:rsidR="001A429C" w:rsidRPr="00505F1F" w:rsidRDefault="001A429C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1E4B8C56" w14:textId="77777777" w:rsidR="00FB0088" w:rsidRPr="00505F1F" w:rsidRDefault="00FB0088" w:rsidP="00FB0088">
      <w:pPr>
        <w:pStyle w:val="Sofi"/>
        <w:framePr w:wrap="around"/>
        <w:jc w:val="center"/>
        <w:rPr>
          <w:sz w:val="24"/>
        </w:rPr>
      </w:pPr>
    </w:p>
    <w:p w14:paraId="5353836D" w14:textId="77777777" w:rsidR="00AB6ED7" w:rsidRPr="00505F1F" w:rsidRDefault="0009675B" w:rsidP="00FB0088">
      <w:pPr>
        <w:pStyle w:val="Sofi"/>
        <w:framePr w:wrap="around"/>
        <w:jc w:val="center"/>
        <w:rPr>
          <w:sz w:val="48"/>
        </w:rPr>
      </w:pPr>
      <w:r w:rsidRPr="00505F1F">
        <w:rPr>
          <w:sz w:val="48"/>
        </w:rPr>
        <w:t xml:space="preserve">2.1. </w:t>
      </w:r>
      <w:r w:rsidR="001A429C" w:rsidRPr="00505F1F">
        <w:rPr>
          <w:sz w:val="48"/>
        </w:rPr>
        <w:t>FORMULARIO DE POSTULACIÓN</w:t>
      </w:r>
    </w:p>
    <w:p w14:paraId="45E5D1AD" w14:textId="77777777" w:rsidR="0009675B" w:rsidRPr="00505F1F" w:rsidRDefault="001A429C" w:rsidP="00FB0088">
      <w:pPr>
        <w:pStyle w:val="Sofi"/>
        <w:framePr w:wrap="around"/>
        <w:jc w:val="center"/>
        <w:rPr>
          <w:sz w:val="48"/>
        </w:rPr>
      </w:pPr>
      <w:r w:rsidRPr="00505F1F">
        <w:rPr>
          <w:sz w:val="48"/>
        </w:rPr>
        <w:t xml:space="preserve">CONCURSO </w:t>
      </w:r>
      <w:r w:rsidR="0009675B" w:rsidRPr="00505F1F">
        <w:rPr>
          <w:sz w:val="48"/>
        </w:rPr>
        <w:t>INTERNO</w:t>
      </w:r>
    </w:p>
    <w:p w14:paraId="1CA9B4F7" w14:textId="77777777" w:rsidR="001A429C" w:rsidRPr="00505F1F" w:rsidRDefault="00DB65D0" w:rsidP="00FB0088">
      <w:pPr>
        <w:pStyle w:val="Sofi"/>
        <w:framePr w:wrap="around"/>
        <w:jc w:val="center"/>
        <w:rPr>
          <w:sz w:val="48"/>
        </w:rPr>
      </w:pPr>
      <w:r w:rsidRPr="00505F1F">
        <w:rPr>
          <w:sz w:val="48"/>
        </w:rPr>
        <w:t xml:space="preserve">API </w:t>
      </w:r>
      <w:r w:rsidR="001A429C" w:rsidRPr="00505F1F">
        <w:rPr>
          <w:sz w:val="48"/>
        </w:rPr>
        <w:t>INTERDISCIPLINARIAS</w:t>
      </w:r>
      <w:r w:rsidR="0009675B" w:rsidRPr="00505F1F">
        <w:rPr>
          <w:sz w:val="48"/>
        </w:rPr>
        <w:t xml:space="preserve"> ULAGOS</w:t>
      </w:r>
    </w:p>
    <w:p w14:paraId="35901669" w14:textId="77777777" w:rsidR="00FB0088" w:rsidRPr="00505F1F" w:rsidRDefault="00FB0088" w:rsidP="00FB0088">
      <w:pPr>
        <w:pStyle w:val="Sofi"/>
        <w:framePr w:wrap="around"/>
        <w:jc w:val="center"/>
        <w:rPr>
          <w:sz w:val="48"/>
        </w:rPr>
      </w:pPr>
      <w:r w:rsidRPr="00505F1F">
        <w:rPr>
          <w:sz w:val="48"/>
        </w:rPr>
        <w:t>2026-2029</w:t>
      </w:r>
    </w:p>
    <w:p w14:paraId="73B89A33" w14:textId="77777777" w:rsidR="001A429C" w:rsidRPr="00505F1F" w:rsidRDefault="001A429C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0C00917D" w14:textId="77777777" w:rsidR="00FB0088" w:rsidRPr="00505F1F" w:rsidRDefault="00FB0088" w:rsidP="00FB0088">
      <w:pPr>
        <w:jc w:val="center"/>
        <w:rPr>
          <w:rFonts w:asciiTheme="majorHAnsi" w:hAnsiTheme="majorHAnsi" w:cstheme="majorHAnsi"/>
          <w:b/>
          <w:sz w:val="24"/>
          <w:szCs w:val="24"/>
          <w:lang w:val="es-CL"/>
        </w:rPr>
      </w:pPr>
    </w:p>
    <w:p w14:paraId="0CDA1EBD" w14:textId="77777777" w:rsidR="00FB0088" w:rsidRPr="00505F1F" w:rsidRDefault="00FB0088" w:rsidP="00FB0088">
      <w:pPr>
        <w:jc w:val="center"/>
        <w:rPr>
          <w:rFonts w:asciiTheme="majorHAnsi" w:hAnsiTheme="majorHAnsi" w:cstheme="majorHAnsi"/>
          <w:b/>
          <w:sz w:val="24"/>
          <w:szCs w:val="24"/>
          <w:lang w:val="es-CL"/>
        </w:rPr>
      </w:pPr>
    </w:p>
    <w:p w14:paraId="26D9E039" w14:textId="77777777" w:rsidR="00FB0088" w:rsidRPr="00505F1F" w:rsidRDefault="00FB0088" w:rsidP="00FB0088">
      <w:pPr>
        <w:jc w:val="center"/>
        <w:rPr>
          <w:rFonts w:asciiTheme="majorHAnsi" w:hAnsiTheme="majorHAnsi" w:cstheme="majorHAnsi"/>
          <w:b/>
          <w:sz w:val="24"/>
          <w:szCs w:val="24"/>
          <w:lang w:val="es-CL"/>
        </w:rPr>
      </w:pPr>
    </w:p>
    <w:p w14:paraId="0F7BC0F4" w14:textId="77777777" w:rsidR="00FB0088" w:rsidRPr="00505F1F" w:rsidRDefault="00FB0088" w:rsidP="00FB0088">
      <w:pPr>
        <w:jc w:val="center"/>
        <w:rPr>
          <w:rFonts w:asciiTheme="majorHAnsi" w:hAnsiTheme="majorHAnsi" w:cstheme="majorHAnsi"/>
          <w:b/>
          <w:sz w:val="24"/>
          <w:szCs w:val="24"/>
          <w:lang w:val="es-CL"/>
        </w:rPr>
      </w:pPr>
    </w:p>
    <w:p w14:paraId="19A606BE" w14:textId="77777777" w:rsidR="00FB0088" w:rsidRPr="00505F1F" w:rsidRDefault="00FB0088" w:rsidP="00FB0088">
      <w:pPr>
        <w:jc w:val="center"/>
        <w:rPr>
          <w:rFonts w:asciiTheme="majorHAnsi" w:hAnsiTheme="majorHAnsi" w:cstheme="majorHAnsi"/>
          <w:b/>
          <w:sz w:val="28"/>
          <w:szCs w:val="24"/>
          <w:lang w:val="es-CL"/>
        </w:rPr>
      </w:pPr>
      <w:r w:rsidRPr="00505F1F">
        <w:rPr>
          <w:rFonts w:asciiTheme="majorHAnsi" w:hAnsiTheme="majorHAnsi" w:cstheme="majorHAnsi"/>
          <w:b/>
          <w:sz w:val="28"/>
          <w:szCs w:val="24"/>
          <w:lang w:val="es-CL"/>
        </w:rPr>
        <w:t>Vicerrectoría de Investigación, Innovación y Creación</w:t>
      </w:r>
    </w:p>
    <w:p w14:paraId="115D600C" w14:textId="77777777" w:rsidR="00FB0088" w:rsidRPr="00505F1F" w:rsidRDefault="009134CE" w:rsidP="00FB0088">
      <w:pPr>
        <w:jc w:val="center"/>
        <w:rPr>
          <w:rFonts w:asciiTheme="majorHAnsi" w:hAnsiTheme="majorHAnsi" w:cstheme="majorHAnsi"/>
          <w:b/>
          <w:sz w:val="28"/>
          <w:szCs w:val="24"/>
          <w:lang w:val="es-CL"/>
        </w:rPr>
      </w:pPr>
      <w:r w:rsidRPr="00505F1F">
        <w:rPr>
          <w:rFonts w:asciiTheme="majorHAnsi" w:hAnsiTheme="majorHAnsi" w:cstheme="majorHAnsi"/>
          <w:b/>
          <w:sz w:val="28"/>
          <w:szCs w:val="24"/>
          <w:lang w:val="es-CL"/>
        </w:rPr>
        <w:t>Ju</w:t>
      </w:r>
      <w:r w:rsidR="00DF46BA" w:rsidRPr="00505F1F">
        <w:rPr>
          <w:rFonts w:asciiTheme="majorHAnsi" w:hAnsiTheme="majorHAnsi" w:cstheme="majorHAnsi"/>
          <w:b/>
          <w:sz w:val="28"/>
          <w:szCs w:val="24"/>
          <w:lang w:val="es-CL"/>
        </w:rPr>
        <w:t>n</w:t>
      </w:r>
      <w:r w:rsidRPr="00505F1F">
        <w:rPr>
          <w:rFonts w:asciiTheme="majorHAnsi" w:hAnsiTheme="majorHAnsi" w:cstheme="majorHAnsi"/>
          <w:b/>
          <w:sz w:val="28"/>
          <w:szCs w:val="24"/>
          <w:lang w:val="es-CL"/>
        </w:rPr>
        <w:t>io</w:t>
      </w:r>
      <w:r w:rsidR="00FB0088" w:rsidRPr="00505F1F">
        <w:rPr>
          <w:rFonts w:asciiTheme="majorHAnsi" w:hAnsiTheme="majorHAnsi" w:cstheme="majorHAnsi"/>
          <w:b/>
          <w:sz w:val="28"/>
          <w:szCs w:val="24"/>
          <w:lang w:val="es-CL"/>
        </w:rPr>
        <w:t xml:space="preserve"> 2026</w:t>
      </w:r>
    </w:p>
    <w:p w14:paraId="463A689A" w14:textId="77777777" w:rsidR="00FB0088" w:rsidRPr="00505F1F" w:rsidRDefault="00FB0088">
      <w:pPr>
        <w:rPr>
          <w:rFonts w:asciiTheme="majorHAnsi" w:hAnsiTheme="majorHAnsi" w:cstheme="majorHAnsi"/>
          <w:b/>
          <w:sz w:val="24"/>
          <w:szCs w:val="24"/>
          <w:lang w:val="es-CL"/>
        </w:rPr>
      </w:pPr>
    </w:p>
    <w:p w14:paraId="49CBB748" w14:textId="77777777" w:rsidR="00FB0088" w:rsidRPr="00505F1F" w:rsidRDefault="0065424E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b/>
          <w:noProof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C1269" wp14:editId="2F3B241B">
                <wp:simplePos x="0" y="0"/>
                <wp:positionH relativeFrom="column">
                  <wp:posOffset>5749925</wp:posOffset>
                </wp:positionH>
                <wp:positionV relativeFrom="paragraph">
                  <wp:posOffset>706755</wp:posOffset>
                </wp:positionV>
                <wp:extent cx="295275" cy="257175"/>
                <wp:effectExtent l="0" t="0" r="28575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rect w14:anchorId="2C35C34C" id="Rectángulo 4" o:spid="_x0000_s1026" style="position:absolute;margin-left:452.75pt;margin-top:55.65pt;width:23.2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" fillcolor="white [3201]" strokecolor="white [3212]" strokeweight="2pt"/>
            </w:pict>
          </mc:Fallback>
        </mc:AlternateContent>
      </w:r>
      <w:r w:rsidR="00FB0088" w:rsidRPr="00505F1F">
        <w:rPr>
          <w:rFonts w:asciiTheme="majorHAnsi" w:hAnsiTheme="majorHAnsi" w:cstheme="majorHAnsi"/>
          <w:b/>
          <w:sz w:val="24"/>
          <w:szCs w:val="24"/>
          <w:lang w:val="es-CL"/>
        </w:rPr>
        <w:br w:type="page"/>
      </w:r>
    </w:p>
    <w:p w14:paraId="27432F1B" w14:textId="77777777" w:rsidR="00AB6ED7" w:rsidRPr="00505F1F" w:rsidRDefault="001A429C" w:rsidP="00FB0088">
      <w:pPr>
        <w:pStyle w:val="Sofi"/>
        <w:framePr w:wrap="around"/>
      </w:pPr>
      <w:r w:rsidRPr="00505F1F">
        <w:rPr>
          <w:highlight w:val="lightGray"/>
        </w:rPr>
        <w:lastRenderedPageBreak/>
        <w:t>1. INFORMACIÓN GENERAL</w:t>
      </w:r>
    </w:p>
    <w:p w14:paraId="5772F281" w14:textId="77777777" w:rsidR="00AB6ED7" w:rsidRPr="00505F1F" w:rsidRDefault="00AB6ED7">
      <w:pPr>
        <w:rPr>
          <w:rFonts w:asciiTheme="majorHAnsi" w:hAnsiTheme="majorHAnsi" w:cstheme="majorHAnsi"/>
          <w:sz w:val="28"/>
          <w:szCs w:val="24"/>
          <w:lang w:val="es-CL"/>
        </w:rPr>
      </w:pPr>
    </w:p>
    <w:p w14:paraId="6FCE1494" w14:textId="77777777" w:rsidR="00C23E36" w:rsidRPr="00505F1F" w:rsidRDefault="00C23E36" w:rsidP="00951F0F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4FF86A2D" w14:textId="77777777" w:rsidR="00951F0F" w:rsidRPr="00505F1F" w:rsidRDefault="00951F0F" w:rsidP="00951F0F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Título del Proyecto: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316"/>
      </w:tblGrid>
      <w:tr w:rsidR="00951F0F" w:rsidRPr="00505F1F" w14:paraId="25BF0A40" w14:textId="77777777" w:rsidTr="0009675B">
        <w:tc>
          <w:tcPr>
            <w:tcW w:w="5000" w:type="pct"/>
          </w:tcPr>
          <w:p w14:paraId="080E164B" w14:textId="77777777" w:rsidR="00951F0F" w:rsidRPr="00505F1F" w:rsidRDefault="00951F0F" w:rsidP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1F79FBD6" w14:textId="77777777" w:rsidR="00951F0F" w:rsidRPr="00505F1F" w:rsidRDefault="00951F0F" w:rsidP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2CF8F3FF" w14:textId="77777777" w:rsidR="00951F0F" w:rsidRPr="00505F1F" w:rsidRDefault="00951F0F" w:rsidP="00951F0F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65B540B2" w14:textId="77777777" w:rsidR="00951F0F" w:rsidRPr="00505F1F" w:rsidRDefault="00951F0F" w:rsidP="00951F0F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Nombre de la API Interdisciplinaria: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316"/>
      </w:tblGrid>
      <w:tr w:rsidR="00951F0F" w:rsidRPr="00505F1F" w14:paraId="65FE036A" w14:textId="77777777" w:rsidTr="0009675B">
        <w:tc>
          <w:tcPr>
            <w:tcW w:w="5000" w:type="pct"/>
          </w:tcPr>
          <w:p w14:paraId="757FDC4E" w14:textId="77777777" w:rsidR="00951F0F" w:rsidRPr="00505F1F" w:rsidRDefault="00951F0F" w:rsidP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45338EE7" w14:textId="77777777" w:rsidR="00951F0F" w:rsidRPr="00505F1F" w:rsidRDefault="00951F0F" w:rsidP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5CD5EEFE" w14:textId="77777777" w:rsidR="00951F0F" w:rsidRPr="00505F1F" w:rsidRDefault="00951F0F" w:rsidP="00951F0F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163E7F49" w14:textId="77777777" w:rsidR="00951F0F" w:rsidRPr="00505F1F" w:rsidRDefault="00951F0F" w:rsidP="005511DC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Palabras clave. Identifique hasta 6 palabras 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>clave para el Proyecto, así como las principales disciplinas de los Departamentos o Centros de los postulantes</w:t>
      </w:r>
      <w:r w:rsidR="007C337C"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02"/>
        <w:gridCol w:w="6614"/>
      </w:tblGrid>
      <w:tr w:rsidR="00951F0F" w:rsidRPr="00505F1F" w14:paraId="716D4ABE" w14:textId="77777777" w:rsidTr="0009675B">
        <w:tc>
          <w:tcPr>
            <w:tcW w:w="1450" w:type="pct"/>
          </w:tcPr>
          <w:p w14:paraId="76A5D468" w14:textId="77777777" w:rsidR="00951F0F" w:rsidRPr="00505F1F" w:rsidRDefault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Palabras clave:</w:t>
            </w:r>
          </w:p>
        </w:tc>
        <w:tc>
          <w:tcPr>
            <w:tcW w:w="3550" w:type="pct"/>
          </w:tcPr>
          <w:p w14:paraId="52D27F29" w14:textId="77777777" w:rsidR="00951F0F" w:rsidRPr="00505F1F" w:rsidRDefault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70651897" w14:textId="77777777" w:rsidR="00951F0F" w:rsidRPr="00505F1F" w:rsidRDefault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51F0F" w:rsidRPr="00505F1F" w14:paraId="4714C75B" w14:textId="77777777" w:rsidTr="0009675B">
        <w:tc>
          <w:tcPr>
            <w:tcW w:w="1450" w:type="pct"/>
          </w:tcPr>
          <w:p w14:paraId="08D95ED3" w14:textId="77777777" w:rsidR="00951F0F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Principales </w:t>
            </w:r>
            <w:r w:rsidR="00951F0F"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Disciplina</w:t>
            </w: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s</w:t>
            </w:r>
            <w:r w:rsidR="00951F0F"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:</w:t>
            </w:r>
          </w:p>
        </w:tc>
        <w:tc>
          <w:tcPr>
            <w:tcW w:w="3550" w:type="pct"/>
          </w:tcPr>
          <w:p w14:paraId="16178B9D" w14:textId="77777777" w:rsidR="00951F0F" w:rsidRPr="00505F1F" w:rsidRDefault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2053BA0A" w14:textId="77777777" w:rsidR="00951F0F" w:rsidRPr="00505F1F" w:rsidRDefault="00951F0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0330D0F8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02CD6495" w14:textId="77777777" w:rsidR="00895FB7" w:rsidRPr="00505F1F" w:rsidRDefault="00EB46AA" w:rsidP="00895FB7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Departamentos 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>y/o Centros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Participantes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: Como requisito, al menos </w:t>
      </w:r>
      <w:r w:rsidR="004E1653" w:rsidRPr="00505F1F">
        <w:rPr>
          <w:rFonts w:asciiTheme="majorHAnsi" w:hAnsiTheme="majorHAnsi" w:cstheme="majorHAnsi"/>
          <w:sz w:val="24"/>
          <w:szCs w:val="24"/>
          <w:lang w:val="es-CL"/>
        </w:rPr>
        <w:t>tres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Departamentos o Centros deben ser incluidos en la postulación.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660"/>
        <w:gridCol w:w="4656"/>
      </w:tblGrid>
      <w:tr w:rsidR="00895FB7" w:rsidRPr="00505F1F" w14:paraId="00CD216A" w14:textId="77777777" w:rsidTr="0009675B">
        <w:tc>
          <w:tcPr>
            <w:tcW w:w="2501" w:type="pct"/>
          </w:tcPr>
          <w:p w14:paraId="1C985B3C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</w:t>
            </w:r>
          </w:p>
        </w:tc>
        <w:tc>
          <w:tcPr>
            <w:tcW w:w="2499" w:type="pct"/>
          </w:tcPr>
          <w:p w14:paraId="1BF0D2A1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Centro</w:t>
            </w:r>
          </w:p>
        </w:tc>
      </w:tr>
      <w:tr w:rsidR="004E1653" w:rsidRPr="00505F1F" w14:paraId="77E33E36" w14:textId="77777777" w:rsidTr="0009675B">
        <w:tc>
          <w:tcPr>
            <w:tcW w:w="2501" w:type="pct"/>
          </w:tcPr>
          <w:p w14:paraId="58879874" w14:textId="77777777" w:rsidR="004E1653" w:rsidRPr="00505F1F" w:rsidRDefault="004E1653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499" w:type="pct"/>
          </w:tcPr>
          <w:p w14:paraId="64F075C7" w14:textId="77777777" w:rsidR="004E1653" w:rsidRPr="00505F1F" w:rsidRDefault="004E1653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63E2DB3C" w14:textId="77777777" w:rsidTr="0009675B">
        <w:tc>
          <w:tcPr>
            <w:tcW w:w="2501" w:type="pct"/>
          </w:tcPr>
          <w:p w14:paraId="63D6A589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499" w:type="pct"/>
          </w:tcPr>
          <w:p w14:paraId="3C9965CA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C14E286" w14:textId="77777777" w:rsidTr="0009675B">
        <w:tc>
          <w:tcPr>
            <w:tcW w:w="2501" w:type="pct"/>
          </w:tcPr>
          <w:p w14:paraId="1101795F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499" w:type="pct"/>
          </w:tcPr>
          <w:p w14:paraId="0099EC8F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3842E77A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79B70C85" w14:textId="77777777" w:rsidR="00AB6ED7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Miembros del Consejo de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la API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Interdisciplinaria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: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Incluya tantas tablas como sea necesario para identificar a todos los miembros del consejo (mínimo 5).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8"/>
        <w:gridCol w:w="6628"/>
      </w:tblGrid>
      <w:tr w:rsidR="00895FB7" w:rsidRPr="00505F1F" w14:paraId="58EE10B2" w14:textId="77777777" w:rsidTr="004E1653">
        <w:tc>
          <w:tcPr>
            <w:tcW w:w="2688" w:type="dxa"/>
          </w:tcPr>
          <w:p w14:paraId="7E6840B3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del Director 1</w:t>
            </w:r>
          </w:p>
        </w:tc>
        <w:tc>
          <w:tcPr>
            <w:tcW w:w="6628" w:type="dxa"/>
          </w:tcPr>
          <w:p w14:paraId="008712EF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5EB87DCE" w14:textId="77777777" w:rsidTr="004E1653">
        <w:tc>
          <w:tcPr>
            <w:tcW w:w="2688" w:type="dxa"/>
          </w:tcPr>
          <w:p w14:paraId="40036D82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628" w:type="dxa"/>
          </w:tcPr>
          <w:p w14:paraId="5E8CE84B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696ABA29" w14:textId="77777777" w:rsidTr="004E1653">
        <w:tc>
          <w:tcPr>
            <w:tcW w:w="2688" w:type="dxa"/>
          </w:tcPr>
          <w:p w14:paraId="66BF2BA3" w14:textId="77777777" w:rsidR="00895FB7" w:rsidRPr="00505F1F" w:rsidRDefault="00895FB7" w:rsidP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Departamento/Centro</w:t>
            </w:r>
          </w:p>
        </w:tc>
        <w:tc>
          <w:tcPr>
            <w:tcW w:w="6628" w:type="dxa"/>
          </w:tcPr>
          <w:p w14:paraId="4EFA0A52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46BFF0B9" w14:textId="77777777" w:rsidTr="004E1653">
        <w:tc>
          <w:tcPr>
            <w:tcW w:w="2688" w:type="dxa"/>
          </w:tcPr>
          <w:p w14:paraId="3E74B6F3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Jerarquía</w:t>
            </w:r>
          </w:p>
        </w:tc>
        <w:tc>
          <w:tcPr>
            <w:tcW w:w="6628" w:type="dxa"/>
          </w:tcPr>
          <w:p w14:paraId="1E9B4C04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1114D57" w14:textId="77777777" w:rsidTr="004E1653">
        <w:tc>
          <w:tcPr>
            <w:tcW w:w="2688" w:type="dxa"/>
          </w:tcPr>
          <w:p w14:paraId="4C82B6AF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 actual</w:t>
            </w:r>
          </w:p>
        </w:tc>
        <w:tc>
          <w:tcPr>
            <w:tcW w:w="6628" w:type="dxa"/>
          </w:tcPr>
          <w:p w14:paraId="4DA72A5F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DE6378D" w14:textId="77777777" w:rsidTr="004E1653">
        <w:tc>
          <w:tcPr>
            <w:tcW w:w="2688" w:type="dxa"/>
          </w:tcPr>
          <w:p w14:paraId="2FD0B961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628" w:type="dxa"/>
          </w:tcPr>
          <w:p w14:paraId="75648F9C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5E6BDC38" w14:textId="77777777" w:rsidTr="004E1653">
        <w:tc>
          <w:tcPr>
            <w:tcW w:w="2688" w:type="dxa"/>
          </w:tcPr>
          <w:p w14:paraId="73EDFB01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628" w:type="dxa"/>
          </w:tcPr>
          <w:p w14:paraId="0BC34CF4" w14:textId="77777777" w:rsidR="00895FB7" w:rsidRPr="00505F1F" w:rsidRDefault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6AEC374B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8"/>
        <w:gridCol w:w="6628"/>
      </w:tblGrid>
      <w:tr w:rsidR="00895FB7" w:rsidRPr="00505F1F" w14:paraId="27A979E1" w14:textId="77777777" w:rsidTr="004E1653">
        <w:tc>
          <w:tcPr>
            <w:tcW w:w="2688" w:type="dxa"/>
          </w:tcPr>
          <w:p w14:paraId="0312281E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del Director 2</w:t>
            </w:r>
          </w:p>
        </w:tc>
        <w:tc>
          <w:tcPr>
            <w:tcW w:w="6628" w:type="dxa"/>
          </w:tcPr>
          <w:p w14:paraId="6A99C1B7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45D585AB" w14:textId="77777777" w:rsidTr="004E1653">
        <w:tc>
          <w:tcPr>
            <w:tcW w:w="2688" w:type="dxa"/>
          </w:tcPr>
          <w:p w14:paraId="2BB5628A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628" w:type="dxa"/>
          </w:tcPr>
          <w:p w14:paraId="68920BA4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7B28606" w14:textId="77777777" w:rsidTr="004E1653">
        <w:tc>
          <w:tcPr>
            <w:tcW w:w="2688" w:type="dxa"/>
          </w:tcPr>
          <w:p w14:paraId="2B75CAF6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Departamento/Centro</w:t>
            </w:r>
          </w:p>
        </w:tc>
        <w:tc>
          <w:tcPr>
            <w:tcW w:w="6628" w:type="dxa"/>
          </w:tcPr>
          <w:p w14:paraId="60F8110A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03A982C0" w14:textId="77777777" w:rsidTr="004E1653">
        <w:tc>
          <w:tcPr>
            <w:tcW w:w="2688" w:type="dxa"/>
          </w:tcPr>
          <w:p w14:paraId="06CC6269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Jerarquía</w:t>
            </w:r>
          </w:p>
        </w:tc>
        <w:tc>
          <w:tcPr>
            <w:tcW w:w="6628" w:type="dxa"/>
          </w:tcPr>
          <w:p w14:paraId="69E7FB88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7FE4F922" w14:textId="77777777" w:rsidTr="004E1653">
        <w:tc>
          <w:tcPr>
            <w:tcW w:w="2688" w:type="dxa"/>
          </w:tcPr>
          <w:p w14:paraId="1909BA46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 actual</w:t>
            </w:r>
          </w:p>
        </w:tc>
        <w:tc>
          <w:tcPr>
            <w:tcW w:w="6628" w:type="dxa"/>
          </w:tcPr>
          <w:p w14:paraId="253BBD96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4BF3CAA5" w14:textId="77777777" w:rsidTr="004E1653">
        <w:tc>
          <w:tcPr>
            <w:tcW w:w="2688" w:type="dxa"/>
          </w:tcPr>
          <w:p w14:paraId="0E367ECC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628" w:type="dxa"/>
          </w:tcPr>
          <w:p w14:paraId="5BAB0BE2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30E57BA3" w14:textId="77777777" w:rsidTr="004E1653">
        <w:tc>
          <w:tcPr>
            <w:tcW w:w="2688" w:type="dxa"/>
          </w:tcPr>
          <w:p w14:paraId="62B20B35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628" w:type="dxa"/>
          </w:tcPr>
          <w:p w14:paraId="6364E657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6EC4E27F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8"/>
        <w:gridCol w:w="6628"/>
      </w:tblGrid>
      <w:tr w:rsidR="00895FB7" w:rsidRPr="00505F1F" w14:paraId="790014D2" w14:textId="77777777" w:rsidTr="004E1653">
        <w:tc>
          <w:tcPr>
            <w:tcW w:w="2688" w:type="dxa"/>
          </w:tcPr>
          <w:p w14:paraId="12320A84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del Director 3</w:t>
            </w:r>
          </w:p>
        </w:tc>
        <w:tc>
          <w:tcPr>
            <w:tcW w:w="6628" w:type="dxa"/>
          </w:tcPr>
          <w:p w14:paraId="24CA1E7B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0CBC3E8B" w14:textId="77777777" w:rsidTr="004E1653">
        <w:tc>
          <w:tcPr>
            <w:tcW w:w="2688" w:type="dxa"/>
          </w:tcPr>
          <w:p w14:paraId="132BA8B7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628" w:type="dxa"/>
          </w:tcPr>
          <w:p w14:paraId="0CF421AA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3415D5B9" w14:textId="77777777" w:rsidTr="004E1653">
        <w:tc>
          <w:tcPr>
            <w:tcW w:w="2688" w:type="dxa"/>
          </w:tcPr>
          <w:p w14:paraId="2CB80E6C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Departamento/Centro</w:t>
            </w:r>
          </w:p>
        </w:tc>
        <w:tc>
          <w:tcPr>
            <w:tcW w:w="6628" w:type="dxa"/>
          </w:tcPr>
          <w:p w14:paraId="2C0E1A5B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58A751F6" w14:textId="77777777" w:rsidTr="004E1653">
        <w:tc>
          <w:tcPr>
            <w:tcW w:w="2688" w:type="dxa"/>
          </w:tcPr>
          <w:p w14:paraId="44B4EAAE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Jerarquía</w:t>
            </w:r>
          </w:p>
        </w:tc>
        <w:tc>
          <w:tcPr>
            <w:tcW w:w="6628" w:type="dxa"/>
          </w:tcPr>
          <w:p w14:paraId="6B9BF232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6E5408CE" w14:textId="77777777" w:rsidTr="004E1653">
        <w:tc>
          <w:tcPr>
            <w:tcW w:w="2688" w:type="dxa"/>
          </w:tcPr>
          <w:p w14:paraId="2600367E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 actual</w:t>
            </w:r>
          </w:p>
        </w:tc>
        <w:tc>
          <w:tcPr>
            <w:tcW w:w="6628" w:type="dxa"/>
          </w:tcPr>
          <w:p w14:paraId="7137375E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6DB7501" w14:textId="77777777" w:rsidTr="004E1653">
        <w:tc>
          <w:tcPr>
            <w:tcW w:w="2688" w:type="dxa"/>
          </w:tcPr>
          <w:p w14:paraId="28E2CA30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628" w:type="dxa"/>
          </w:tcPr>
          <w:p w14:paraId="1F7356F3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7BAD62B3" w14:textId="77777777" w:rsidTr="004E1653">
        <w:tc>
          <w:tcPr>
            <w:tcW w:w="2688" w:type="dxa"/>
          </w:tcPr>
          <w:p w14:paraId="4C248134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628" w:type="dxa"/>
          </w:tcPr>
          <w:p w14:paraId="2F7D7990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45B0619E" w14:textId="77777777" w:rsidR="00895FB7" w:rsidRPr="00505F1F" w:rsidRDefault="00895FB7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8"/>
        <w:gridCol w:w="6628"/>
      </w:tblGrid>
      <w:tr w:rsidR="00895FB7" w:rsidRPr="00505F1F" w14:paraId="5461E653" w14:textId="77777777" w:rsidTr="004E1653">
        <w:tc>
          <w:tcPr>
            <w:tcW w:w="2688" w:type="dxa"/>
          </w:tcPr>
          <w:p w14:paraId="1A9DB627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del Director 4</w:t>
            </w:r>
          </w:p>
        </w:tc>
        <w:tc>
          <w:tcPr>
            <w:tcW w:w="6628" w:type="dxa"/>
          </w:tcPr>
          <w:p w14:paraId="2F61C226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10E44B12" w14:textId="77777777" w:rsidTr="004E1653">
        <w:tc>
          <w:tcPr>
            <w:tcW w:w="2688" w:type="dxa"/>
          </w:tcPr>
          <w:p w14:paraId="4ACDD2AC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628" w:type="dxa"/>
          </w:tcPr>
          <w:p w14:paraId="5517E620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00D2E4CD" w14:textId="77777777" w:rsidTr="004E1653">
        <w:tc>
          <w:tcPr>
            <w:tcW w:w="2688" w:type="dxa"/>
          </w:tcPr>
          <w:p w14:paraId="2120A52B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Departamento/Centro</w:t>
            </w:r>
          </w:p>
        </w:tc>
        <w:tc>
          <w:tcPr>
            <w:tcW w:w="6628" w:type="dxa"/>
          </w:tcPr>
          <w:p w14:paraId="7C6D1BDD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D8EA4E0" w14:textId="77777777" w:rsidTr="004E1653">
        <w:tc>
          <w:tcPr>
            <w:tcW w:w="2688" w:type="dxa"/>
          </w:tcPr>
          <w:p w14:paraId="35A03529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Jerarquía</w:t>
            </w:r>
          </w:p>
        </w:tc>
        <w:tc>
          <w:tcPr>
            <w:tcW w:w="6628" w:type="dxa"/>
          </w:tcPr>
          <w:p w14:paraId="5E243192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1AEDE978" w14:textId="77777777" w:rsidTr="004E1653">
        <w:tc>
          <w:tcPr>
            <w:tcW w:w="2688" w:type="dxa"/>
          </w:tcPr>
          <w:p w14:paraId="5458025C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 actual</w:t>
            </w:r>
          </w:p>
        </w:tc>
        <w:tc>
          <w:tcPr>
            <w:tcW w:w="6628" w:type="dxa"/>
          </w:tcPr>
          <w:p w14:paraId="4F5F6D38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616898FE" w14:textId="77777777" w:rsidTr="004E1653">
        <w:tc>
          <w:tcPr>
            <w:tcW w:w="2688" w:type="dxa"/>
          </w:tcPr>
          <w:p w14:paraId="34225831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628" w:type="dxa"/>
          </w:tcPr>
          <w:p w14:paraId="249E211A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1B156187" w14:textId="77777777" w:rsidTr="004E1653">
        <w:tc>
          <w:tcPr>
            <w:tcW w:w="2688" w:type="dxa"/>
          </w:tcPr>
          <w:p w14:paraId="04C22B1C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628" w:type="dxa"/>
          </w:tcPr>
          <w:p w14:paraId="27FC74B1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1E4B2680" w14:textId="77777777" w:rsidR="00895FB7" w:rsidRPr="00505F1F" w:rsidRDefault="00895FB7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8"/>
        <w:gridCol w:w="6628"/>
      </w:tblGrid>
      <w:tr w:rsidR="00895FB7" w:rsidRPr="00505F1F" w14:paraId="654AFF9C" w14:textId="77777777" w:rsidTr="004E1653">
        <w:tc>
          <w:tcPr>
            <w:tcW w:w="2688" w:type="dxa"/>
          </w:tcPr>
          <w:p w14:paraId="4410C7A7" w14:textId="77777777" w:rsidR="00895FB7" w:rsidRPr="00505F1F" w:rsidRDefault="00895FB7" w:rsidP="00895FB7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del Director 5</w:t>
            </w:r>
          </w:p>
        </w:tc>
        <w:tc>
          <w:tcPr>
            <w:tcW w:w="6628" w:type="dxa"/>
          </w:tcPr>
          <w:p w14:paraId="52C832A0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16310DE3" w14:textId="77777777" w:rsidTr="004E1653">
        <w:tc>
          <w:tcPr>
            <w:tcW w:w="2688" w:type="dxa"/>
          </w:tcPr>
          <w:p w14:paraId="093CFB90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628" w:type="dxa"/>
          </w:tcPr>
          <w:p w14:paraId="038B6868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579A08C3" w14:textId="77777777" w:rsidTr="004E1653">
        <w:tc>
          <w:tcPr>
            <w:tcW w:w="2688" w:type="dxa"/>
          </w:tcPr>
          <w:p w14:paraId="72EE8877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Departamento/Centro</w:t>
            </w:r>
          </w:p>
        </w:tc>
        <w:tc>
          <w:tcPr>
            <w:tcW w:w="6628" w:type="dxa"/>
          </w:tcPr>
          <w:p w14:paraId="43F6369D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214790BE" w14:textId="77777777" w:rsidTr="004E1653">
        <w:tc>
          <w:tcPr>
            <w:tcW w:w="2688" w:type="dxa"/>
          </w:tcPr>
          <w:p w14:paraId="4B4F17FA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Jerarquía</w:t>
            </w:r>
          </w:p>
        </w:tc>
        <w:tc>
          <w:tcPr>
            <w:tcW w:w="6628" w:type="dxa"/>
          </w:tcPr>
          <w:p w14:paraId="3457A451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3A060082" w14:textId="77777777" w:rsidTr="004E1653">
        <w:tc>
          <w:tcPr>
            <w:tcW w:w="2688" w:type="dxa"/>
          </w:tcPr>
          <w:p w14:paraId="51889048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 actual</w:t>
            </w:r>
          </w:p>
        </w:tc>
        <w:tc>
          <w:tcPr>
            <w:tcW w:w="6628" w:type="dxa"/>
          </w:tcPr>
          <w:p w14:paraId="7F13EA07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4AE0A0B2" w14:textId="77777777" w:rsidTr="004E1653">
        <w:tc>
          <w:tcPr>
            <w:tcW w:w="2688" w:type="dxa"/>
          </w:tcPr>
          <w:p w14:paraId="134E5FB5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628" w:type="dxa"/>
          </w:tcPr>
          <w:p w14:paraId="40BA6C7C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95FB7" w:rsidRPr="00505F1F" w14:paraId="0EA04E76" w14:textId="77777777" w:rsidTr="004E1653">
        <w:tc>
          <w:tcPr>
            <w:tcW w:w="2688" w:type="dxa"/>
          </w:tcPr>
          <w:p w14:paraId="2681A9BA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628" w:type="dxa"/>
          </w:tcPr>
          <w:p w14:paraId="57590EF9" w14:textId="77777777" w:rsidR="00895FB7" w:rsidRPr="00505F1F" w:rsidRDefault="00895FB7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36EEBCD7" w14:textId="77777777" w:rsidR="00895FB7" w:rsidRPr="00505F1F" w:rsidRDefault="00895FB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7FCF51E1" w14:textId="77777777" w:rsidR="00895FB7" w:rsidRPr="00505F1F" w:rsidRDefault="00895FB7">
      <w:pPr>
        <w:rPr>
          <w:rFonts w:asciiTheme="majorHAnsi" w:hAnsiTheme="majorHAnsi" w:cstheme="majorHAnsi"/>
          <w:sz w:val="24"/>
          <w:szCs w:val="24"/>
        </w:rPr>
      </w:pPr>
      <w:r w:rsidRPr="00505F1F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4F851368" w14:textId="77777777" w:rsidR="00AB6ED7" w:rsidRPr="00505F1F" w:rsidRDefault="001A429C" w:rsidP="001A429C">
      <w:pPr>
        <w:pStyle w:val="Sofi"/>
        <w:framePr w:wrap="around"/>
      </w:pPr>
      <w:r w:rsidRPr="00505F1F">
        <w:rPr>
          <w:highlight w:val="lightGray"/>
        </w:rPr>
        <w:lastRenderedPageBreak/>
        <w:t>2. EQUIPO DE INVESTIGACIÓN</w:t>
      </w:r>
    </w:p>
    <w:p w14:paraId="3F46618F" w14:textId="77777777" w:rsidR="00AB6ED7" w:rsidRPr="00505F1F" w:rsidRDefault="00AB6ED7">
      <w:pPr>
        <w:rPr>
          <w:rFonts w:asciiTheme="majorHAnsi" w:hAnsiTheme="majorHAnsi" w:cstheme="majorHAnsi"/>
          <w:sz w:val="32"/>
          <w:szCs w:val="24"/>
          <w:lang w:val="es-CL"/>
        </w:rPr>
      </w:pPr>
    </w:p>
    <w:p w14:paraId="0A19908E" w14:textId="77777777" w:rsidR="00FB0088" w:rsidRPr="00505F1F" w:rsidRDefault="00FB0088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11CB56C1" w14:textId="77777777" w:rsidR="00AB6ED7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2.1 Información de Investigadores Principales</w:t>
      </w:r>
      <w:r w:rsidR="00895FB7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.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Cada investigador debe considerar al menos 4 horas semanales</w:t>
      </w:r>
      <w:r w:rsidR="006D7E32" w:rsidRPr="00505F1F">
        <w:rPr>
          <w:rFonts w:asciiTheme="majorHAnsi" w:hAnsiTheme="majorHAnsi" w:cstheme="majorHAnsi"/>
          <w:sz w:val="24"/>
          <w:szCs w:val="24"/>
          <w:lang w:val="es-CL"/>
        </w:rPr>
        <w:t>, autorizado por la Dirección de su Unidad Académica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67"/>
        <w:gridCol w:w="3069"/>
        <w:gridCol w:w="1861"/>
        <w:gridCol w:w="2295"/>
        <w:gridCol w:w="1524"/>
      </w:tblGrid>
      <w:tr w:rsidR="006D7E32" w:rsidRPr="00505F1F" w14:paraId="559F74E7" w14:textId="77777777" w:rsidTr="006D7E32">
        <w:tc>
          <w:tcPr>
            <w:tcW w:w="304" w:type="pct"/>
          </w:tcPr>
          <w:p w14:paraId="40CBE24F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Nº</w:t>
            </w:r>
          </w:p>
        </w:tc>
        <w:tc>
          <w:tcPr>
            <w:tcW w:w="1647" w:type="pct"/>
          </w:tcPr>
          <w:p w14:paraId="68B5D361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</w:t>
            </w:r>
          </w:p>
        </w:tc>
        <w:tc>
          <w:tcPr>
            <w:tcW w:w="999" w:type="pct"/>
          </w:tcPr>
          <w:p w14:paraId="227B128C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Áreas de investigación</w:t>
            </w:r>
          </w:p>
        </w:tc>
        <w:tc>
          <w:tcPr>
            <w:tcW w:w="1232" w:type="pct"/>
          </w:tcPr>
          <w:p w14:paraId="66834452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 o Centro</w:t>
            </w:r>
          </w:p>
        </w:tc>
        <w:tc>
          <w:tcPr>
            <w:tcW w:w="819" w:type="pct"/>
          </w:tcPr>
          <w:p w14:paraId="54E0F839" w14:textId="77777777" w:rsidR="006D7E32" w:rsidRPr="00505F1F" w:rsidRDefault="006D7E32" w:rsidP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Horas de dedicación semanal</w:t>
            </w:r>
          </w:p>
        </w:tc>
      </w:tr>
      <w:tr w:rsidR="006D7E32" w:rsidRPr="00505F1F" w14:paraId="580F7928" w14:textId="77777777" w:rsidTr="006D7E32">
        <w:tc>
          <w:tcPr>
            <w:tcW w:w="304" w:type="pct"/>
          </w:tcPr>
          <w:p w14:paraId="6154A5B9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076681F4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029415A8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060F815C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1BE26A29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6D7E32" w:rsidRPr="00505F1F" w14:paraId="56C54FBD" w14:textId="77777777" w:rsidTr="006D7E32">
        <w:tc>
          <w:tcPr>
            <w:tcW w:w="304" w:type="pct"/>
          </w:tcPr>
          <w:p w14:paraId="64A7CF0E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14BF343D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0643CE12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72454E12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67D0F7F5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6D7E32" w:rsidRPr="00505F1F" w14:paraId="7A28D83D" w14:textId="77777777" w:rsidTr="006D7E32">
        <w:tc>
          <w:tcPr>
            <w:tcW w:w="304" w:type="pct"/>
          </w:tcPr>
          <w:p w14:paraId="6A90E86A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543113C8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79D0C15C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5896E13A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2F4B632F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6D7E32" w:rsidRPr="00505F1F" w14:paraId="7CB8B1E5" w14:textId="77777777" w:rsidTr="006D7E32">
        <w:tc>
          <w:tcPr>
            <w:tcW w:w="304" w:type="pct"/>
          </w:tcPr>
          <w:p w14:paraId="0BFC9805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7460B508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3D0DDD1B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57E82F8C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0174E66E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6D7E32" w:rsidRPr="00505F1F" w14:paraId="113E9638" w14:textId="77777777" w:rsidTr="006D7E32">
        <w:tc>
          <w:tcPr>
            <w:tcW w:w="304" w:type="pct"/>
          </w:tcPr>
          <w:p w14:paraId="548D9747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56F15230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02EADBA6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06F92B7A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20059555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6D7E32" w:rsidRPr="00505F1F" w14:paraId="1C1BEF93" w14:textId="77777777" w:rsidTr="006D7E32">
        <w:tc>
          <w:tcPr>
            <w:tcW w:w="304" w:type="pct"/>
          </w:tcPr>
          <w:p w14:paraId="29159D5A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3D424DF7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33B5CAC5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6030B50A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479E39CB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6D7E32" w:rsidRPr="00505F1F" w14:paraId="37CA6A56" w14:textId="77777777" w:rsidTr="006D7E32">
        <w:tc>
          <w:tcPr>
            <w:tcW w:w="304" w:type="pct"/>
          </w:tcPr>
          <w:p w14:paraId="76C2912C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47" w:type="pct"/>
          </w:tcPr>
          <w:p w14:paraId="21483CB9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9" w:type="pct"/>
          </w:tcPr>
          <w:p w14:paraId="6B4E42DF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32" w:type="pct"/>
          </w:tcPr>
          <w:p w14:paraId="346851A9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19" w:type="pct"/>
          </w:tcPr>
          <w:p w14:paraId="2111828F" w14:textId="77777777" w:rsidR="006D7E32" w:rsidRPr="00505F1F" w:rsidRDefault="006D7E32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6B5E3C88" w14:textId="77777777" w:rsidR="005E690C" w:rsidRPr="00505F1F" w:rsidRDefault="005E690C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19451EB3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0BB78515" w14:textId="77777777" w:rsidR="005E690C" w:rsidRPr="00505F1F" w:rsidRDefault="00EB46AA" w:rsidP="005E690C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2.2 Actividades y proyectos actuales</w:t>
      </w:r>
      <w:r w:rsidR="005E690C" w:rsidRPr="00505F1F">
        <w:rPr>
          <w:rFonts w:asciiTheme="majorHAnsi" w:hAnsiTheme="majorHAnsi" w:cstheme="majorHAnsi"/>
          <w:sz w:val="24"/>
          <w:szCs w:val="24"/>
          <w:lang w:val="es-CL"/>
        </w:rPr>
        <w:t>: Describa la carga de trabajo de los investigadores en otros proyectos de investigación financiados con fuentes internas y externas.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3"/>
        <w:gridCol w:w="1777"/>
        <w:gridCol w:w="1528"/>
        <w:gridCol w:w="1683"/>
        <w:gridCol w:w="1325"/>
        <w:gridCol w:w="1248"/>
        <w:gridCol w:w="1282"/>
      </w:tblGrid>
      <w:tr w:rsidR="005E690C" w:rsidRPr="00505F1F" w14:paraId="1ED2473E" w14:textId="77777777" w:rsidTr="005E690C">
        <w:tc>
          <w:tcPr>
            <w:tcW w:w="473" w:type="dxa"/>
          </w:tcPr>
          <w:p w14:paraId="1A79381E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Nº</w:t>
            </w:r>
          </w:p>
        </w:tc>
        <w:tc>
          <w:tcPr>
            <w:tcW w:w="1790" w:type="dxa"/>
          </w:tcPr>
          <w:p w14:paraId="376AA74C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</w:t>
            </w:r>
          </w:p>
        </w:tc>
        <w:tc>
          <w:tcPr>
            <w:tcW w:w="1535" w:type="dxa"/>
          </w:tcPr>
          <w:p w14:paraId="11A0E4A1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Proyecto</w:t>
            </w:r>
          </w:p>
        </w:tc>
        <w:tc>
          <w:tcPr>
            <w:tcW w:w="1683" w:type="dxa"/>
          </w:tcPr>
          <w:p w14:paraId="646FBC0B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Fuente de financiamiento</w:t>
            </w:r>
          </w:p>
        </w:tc>
        <w:tc>
          <w:tcPr>
            <w:tcW w:w="1326" w:type="dxa"/>
          </w:tcPr>
          <w:p w14:paraId="2D8DDDBF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Horas de dedicación semanal</w:t>
            </w:r>
          </w:p>
        </w:tc>
        <w:tc>
          <w:tcPr>
            <w:tcW w:w="1256" w:type="dxa"/>
          </w:tcPr>
          <w:p w14:paraId="3680A382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Fecha de inicio</w:t>
            </w:r>
          </w:p>
        </w:tc>
        <w:tc>
          <w:tcPr>
            <w:tcW w:w="1287" w:type="dxa"/>
          </w:tcPr>
          <w:p w14:paraId="000D71C5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Fecha de término</w:t>
            </w:r>
          </w:p>
        </w:tc>
      </w:tr>
      <w:tr w:rsidR="005E690C" w:rsidRPr="00505F1F" w14:paraId="74368A83" w14:textId="77777777" w:rsidTr="005E690C">
        <w:tc>
          <w:tcPr>
            <w:tcW w:w="473" w:type="dxa"/>
          </w:tcPr>
          <w:p w14:paraId="0403E39B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243F5666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2CE25D86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032AA8B0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16961499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16A0EEF4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36FBC80E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E690C" w:rsidRPr="00505F1F" w14:paraId="128198E4" w14:textId="77777777" w:rsidTr="005E690C">
        <w:tc>
          <w:tcPr>
            <w:tcW w:w="473" w:type="dxa"/>
          </w:tcPr>
          <w:p w14:paraId="6B6CC417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46AB93FA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3F58ADC5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480F3123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09DCEC00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7B567F22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405831F7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E690C" w:rsidRPr="00505F1F" w14:paraId="7EA341D3" w14:textId="77777777" w:rsidTr="005E690C">
        <w:tc>
          <w:tcPr>
            <w:tcW w:w="473" w:type="dxa"/>
          </w:tcPr>
          <w:p w14:paraId="10D3133C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0C95A550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63F3B099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16CAC2D0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7BA0683F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53CC2C0D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5AC2CF9B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05F1F" w:rsidRPr="00505F1F" w14:paraId="664C77B3" w14:textId="77777777" w:rsidTr="005E690C">
        <w:tc>
          <w:tcPr>
            <w:tcW w:w="473" w:type="dxa"/>
          </w:tcPr>
          <w:p w14:paraId="582137A8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0D61198D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611DF0D1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54AC5D6A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73887D07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5631675C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40570AF7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05F1F" w:rsidRPr="00505F1F" w14:paraId="6012C5D7" w14:textId="77777777" w:rsidTr="005E690C">
        <w:tc>
          <w:tcPr>
            <w:tcW w:w="473" w:type="dxa"/>
          </w:tcPr>
          <w:p w14:paraId="1E99034B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6F2011FC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3C5EE429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1F63DD3A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552AB5DD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628FB72D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3E7315A9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05F1F" w:rsidRPr="00505F1F" w14:paraId="06188ECE" w14:textId="77777777" w:rsidTr="005E690C">
        <w:tc>
          <w:tcPr>
            <w:tcW w:w="473" w:type="dxa"/>
          </w:tcPr>
          <w:p w14:paraId="4B3CB3F4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72D0723A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41BB0C10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3FCA985B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5A43AD07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7151DACE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6C43F4F0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E690C" w:rsidRPr="00505F1F" w14:paraId="074A4305" w14:textId="77777777" w:rsidTr="005E690C">
        <w:tc>
          <w:tcPr>
            <w:tcW w:w="473" w:type="dxa"/>
          </w:tcPr>
          <w:p w14:paraId="772B32CC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90" w:type="dxa"/>
          </w:tcPr>
          <w:p w14:paraId="4F48C4A1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5" w:type="dxa"/>
          </w:tcPr>
          <w:p w14:paraId="35AC2C88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83" w:type="dxa"/>
          </w:tcPr>
          <w:p w14:paraId="2935214B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326" w:type="dxa"/>
          </w:tcPr>
          <w:p w14:paraId="764B0373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56" w:type="dxa"/>
          </w:tcPr>
          <w:p w14:paraId="36D03E60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287" w:type="dxa"/>
          </w:tcPr>
          <w:p w14:paraId="6DF5BC6B" w14:textId="77777777" w:rsidR="005E690C" w:rsidRPr="00505F1F" w:rsidRDefault="005E690C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46F9CAE4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77E96FE1" w14:textId="77777777" w:rsidR="00B92E58" w:rsidRPr="00505F1F" w:rsidRDefault="00B92E58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51760FE3" w14:textId="77777777" w:rsidR="00B92E58" w:rsidRPr="00505F1F" w:rsidRDefault="00B92E58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394C48C3" w14:textId="77777777" w:rsidR="00B92E58" w:rsidRPr="00505F1F" w:rsidRDefault="00B92E58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3E903DC0" w14:textId="77777777" w:rsidR="00B92E58" w:rsidRPr="00505F1F" w:rsidRDefault="00B92E58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3E9DD195" w14:textId="77777777" w:rsidR="00AB6ED7" w:rsidRPr="00505F1F" w:rsidRDefault="00EB46AA" w:rsidP="005E690C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lastRenderedPageBreak/>
        <w:t>2.4 Estructura</w:t>
      </w:r>
      <w:r w:rsidR="005E690C" w:rsidRPr="00505F1F">
        <w:rPr>
          <w:rFonts w:asciiTheme="majorHAnsi" w:hAnsiTheme="majorHAnsi" w:cstheme="majorHAnsi"/>
          <w:sz w:val="24"/>
          <w:szCs w:val="24"/>
          <w:lang w:val="es-CL"/>
        </w:rPr>
        <w:t>: Complete la estructura de</w:t>
      </w:r>
      <w:r w:rsidR="005C6C73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la API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Interdisciplinaria</w:t>
      </w:r>
      <w:r w:rsidR="005E690C" w:rsidRPr="00505F1F">
        <w:rPr>
          <w:rFonts w:asciiTheme="majorHAnsi" w:hAnsiTheme="majorHAnsi" w:cstheme="majorHAnsi"/>
          <w:sz w:val="24"/>
          <w:szCs w:val="24"/>
          <w:lang w:val="es-CL"/>
        </w:rPr>
        <w:t>,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incluyendo las líneas de investigación y </w:t>
      </w:r>
      <w:r w:rsidR="005E690C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teniendo en cuenta los nombres de los investigadores en cada caso. Incluya tantos puestos como requiera la propuesta, teniendo en cuenta las restricciones descritas en la convocatoria.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Cada </w:t>
      </w:r>
      <w:r w:rsidR="005E690C" w:rsidRPr="00505F1F">
        <w:rPr>
          <w:rFonts w:asciiTheme="majorHAnsi" w:hAnsiTheme="majorHAnsi" w:cstheme="majorHAnsi"/>
          <w:sz w:val="24"/>
          <w:szCs w:val="24"/>
          <w:lang w:val="es-CL"/>
        </w:rPr>
        <w:t>API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Interdisciplinaria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considera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típicamente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entre </w:t>
      </w:r>
      <w:r w:rsidR="005E690C" w:rsidRPr="00505F1F">
        <w:rPr>
          <w:rFonts w:asciiTheme="majorHAnsi" w:hAnsiTheme="majorHAnsi" w:cstheme="majorHAnsi"/>
          <w:sz w:val="24"/>
          <w:szCs w:val="24"/>
          <w:lang w:val="es-CL"/>
        </w:rPr>
        <w:t>6 a 1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>5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miembros.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</w:p>
    <w:p w14:paraId="477E0B02" w14:textId="77777777" w:rsidR="00AB6ED7" w:rsidRPr="00505F1F" w:rsidRDefault="005E690C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noProof/>
          <w:sz w:val="24"/>
          <w:szCs w:val="24"/>
          <w:lang w:val="es-CL" w:eastAsia="es-CL"/>
        </w:rPr>
        <w:drawing>
          <wp:inline distT="0" distB="0" distL="0" distR="0" wp14:anchorId="0AE4F11C" wp14:editId="0C0275B9">
            <wp:extent cx="5486400" cy="3200400"/>
            <wp:effectExtent l="0" t="0" r="0" b="1905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9792950" w14:textId="77777777" w:rsidR="005E690C" w:rsidRPr="00505F1F" w:rsidRDefault="005E690C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4832B6E2" w14:textId="77777777" w:rsidR="005E690C" w:rsidRPr="00505F1F" w:rsidRDefault="005E690C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5C9EC741" w14:textId="77777777" w:rsidR="00AB6ED7" w:rsidRPr="00505F1F" w:rsidRDefault="00EB46AA" w:rsidP="00466B55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2.5 Línea Base 20</w:t>
      </w:r>
      <w:r w:rsidR="005C6C73" w:rsidRPr="00505F1F">
        <w:rPr>
          <w:rFonts w:asciiTheme="majorHAnsi" w:hAnsiTheme="majorHAnsi" w:cstheme="majorHAnsi"/>
          <w:sz w:val="24"/>
          <w:szCs w:val="24"/>
          <w:lang w:val="es-CL"/>
        </w:rPr>
        <w:t>25. Enumere todos los proyectos aprobados y actualmente en ejecución por los investigadores de</w:t>
      </w:r>
      <w:r w:rsidR="00466B55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la API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Interdisciplinaria</w:t>
      </w:r>
      <w:r w:rsidR="005C6C73" w:rsidRPr="00505F1F">
        <w:rPr>
          <w:rFonts w:asciiTheme="majorHAnsi" w:hAnsiTheme="majorHAnsi" w:cstheme="majorHAnsi"/>
          <w:sz w:val="24"/>
          <w:szCs w:val="24"/>
          <w:lang w:val="es-CL"/>
        </w:rPr>
        <w:t>, ya sea como investigadores principales o asociados.</w:t>
      </w:r>
      <w:r w:rsidR="00466B55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En caso de que un investigador participe en más de un proyecto, enumere el proyecto solo una vez. La línea de base es crucial para 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medir el desempeño incremental en </w:t>
      </w:r>
      <w:r w:rsidR="00466B55" w:rsidRPr="00505F1F">
        <w:rPr>
          <w:rFonts w:asciiTheme="majorHAnsi" w:hAnsiTheme="majorHAnsi" w:cstheme="majorHAnsi"/>
          <w:sz w:val="24"/>
          <w:szCs w:val="24"/>
          <w:lang w:val="es-CL"/>
        </w:rPr>
        <w:t>la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>s</w:t>
      </w:r>
      <w:r w:rsidR="00466B55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evaluaciones sobrevinientes (que incorporan </w:t>
      </w:r>
      <w:r w:rsidR="00466B55" w:rsidRPr="00505F1F">
        <w:rPr>
          <w:rFonts w:asciiTheme="majorHAnsi" w:hAnsiTheme="majorHAnsi" w:cstheme="majorHAnsi"/>
          <w:sz w:val="24"/>
          <w:szCs w:val="24"/>
          <w:lang w:val="es-CL"/>
        </w:rPr>
        <w:t>informes económicos y técnicos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>)</w:t>
      </w:r>
      <w:r w:rsidR="00466B55"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3"/>
        <w:gridCol w:w="2048"/>
        <w:gridCol w:w="1701"/>
        <w:gridCol w:w="985"/>
        <w:gridCol w:w="1035"/>
        <w:gridCol w:w="1638"/>
        <w:gridCol w:w="1436"/>
      </w:tblGrid>
      <w:tr w:rsidR="00466B55" w:rsidRPr="00505F1F" w14:paraId="1B1E987D" w14:textId="77777777" w:rsidTr="00C756D4">
        <w:tc>
          <w:tcPr>
            <w:tcW w:w="473" w:type="dxa"/>
          </w:tcPr>
          <w:p w14:paraId="524EE992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Nº</w:t>
            </w:r>
          </w:p>
        </w:tc>
        <w:tc>
          <w:tcPr>
            <w:tcW w:w="2074" w:type="dxa"/>
          </w:tcPr>
          <w:p w14:paraId="38636187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Nombre del proyecto </w:t>
            </w:r>
          </w:p>
        </w:tc>
        <w:tc>
          <w:tcPr>
            <w:tcW w:w="1701" w:type="dxa"/>
          </w:tcPr>
          <w:p w14:paraId="57A14990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Fuente de financiamiento</w:t>
            </w:r>
          </w:p>
        </w:tc>
        <w:tc>
          <w:tcPr>
            <w:tcW w:w="992" w:type="dxa"/>
          </w:tcPr>
          <w:p w14:paraId="61900B20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Año de inicio</w:t>
            </w:r>
          </w:p>
        </w:tc>
        <w:tc>
          <w:tcPr>
            <w:tcW w:w="1036" w:type="dxa"/>
          </w:tcPr>
          <w:p w14:paraId="6E07C77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Año de término</w:t>
            </w:r>
          </w:p>
        </w:tc>
        <w:tc>
          <w:tcPr>
            <w:tcW w:w="1638" w:type="dxa"/>
          </w:tcPr>
          <w:p w14:paraId="3B7B9E82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Investigadores</w:t>
            </w:r>
          </w:p>
        </w:tc>
        <w:tc>
          <w:tcPr>
            <w:tcW w:w="1436" w:type="dxa"/>
          </w:tcPr>
          <w:p w14:paraId="107CB453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Presupuesto año 2025</w:t>
            </w:r>
          </w:p>
        </w:tc>
      </w:tr>
      <w:tr w:rsidR="00466B55" w:rsidRPr="00505F1F" w14:paraId="690C4E50" w14:textId="77777777" w:rsidTr="00C756D4">
        <w:tc>
          <w:tcPr>
            <w:tcW w:w="473" w:type="dxa"/>
          </w:tcPr>
          <w:p w14:paraId="7FCCC00F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074" w:type="dxa"/>
          </w:tcPr>
          <w:p w14:paraId="6CF0F8AE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</w:tcPr>
          <w:p w14:paraId="7381278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dxa"/>
          </w:tcPr>
          <w:p w14:paraId="3CD5D9FB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036" w:type="dxa"/>
          </w:tcPr>
          <w:p w14:paraId="731842BB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38" w:type="dxa"/>
          </w:tcPr>
          <w:p w14:paraId="04C4E3E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436" w:type="dxa"/>
          </w:tcPr>
          <w:p w14:paraId="1067614C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466B55" w:rsidRPr="00505F1F" w14:paraId="65B981B7" w14:textId="77777777" w:rsidTr="00C756D4">
        <w:tc>
          <w:tcPr>
            <w:tcW w:w="473" w:type="dxa"/>
          </w:tcPr>
          <w:p w14:paraId="18254BA0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074" w:type="dxa"/>
          </w:tcPr>
          <w:p w14:paraId="69D2F690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</w:tcPr>
          <w:p w14:paraId="5D49F06A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dxa"/>
          </w:tcPr>
          <w:p w14:paraId="7899073E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036" w:type="dxa"/>
          </w:tcPr>
          <w:p w14:paraId="21B7D59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38" w:type="dxa"/>
          </w:tcPr>
          <w:p w14:paraId="2489529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436" w:type="dxa"/>
          </w:tcPr>
          <w:p w14:paraId="4331BA01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466B55" w:rsidRPr="00505F1F" w14:paraId="2B5A1B9C" w14:textId="77777777" w:rsidTr="00C756D4">
        <w:tc>
          <w:tcPr>
            <w:tcW w:w="473" w:type="dxa"/>
          </w:tcPr>
          <w:p w14:paraId="18B2430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074" w:type="dxa"/>
          </w:tcPr>
          <w:p w14:paraId="09C1BBC2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</w:tcPr>
          <w:p w14:paraId="684CCA01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dxa"/>
          </w:tcPr>
          <w:p w14:paraId="64EE81F8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036" w:type="dxa"/>
          </w:tcPr>
          <w:p w14:paraId="2CFCFFBB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38" w:type="dxa"/>
          </w:tcPr>
          <w:p w14:paraId="00EB6D59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436" w:type="dxa"/>
          </w:tcPr>
          <w:p w14:paraId="62CE9C96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466B55" w:rsidRPr="00505F1F" w14:paraId="0AEEC988" w14:textId="77777777" w:rsidTr="00C756D4">
        <w:tc>
          <w:tcPr>
            <w:tcW w:w="473" w:type="dxa"/>
          </w:tcPr>
          <w:p w14:paraId="3AE1EAF1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074" w:type="dxa"/>
          </w:tcPr>
          <w:p w14:paraId="07FEED08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</w:tcPr>
          <w:p w14:paraId="59D7F856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dxa"/>
          </w:tcPr>
          <w:p w14:paraId="4D5EF06E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036" w:type="dxa"/>
          </w:tcPr>
          <w:p w14:paraId="4E3A8919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38" w:type="dxa"/>
          </w:tcPr>
          <w:p w14:paraId="36AA5574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436" w:type="dxa"/>
          </w:tcPr>
          <w:p w14:paraId="3F9D2705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466B55" w:rsidRPr="00505F1F" w14:paraId="1866F4D5" w14:textId="77777777" w:rsidTr="00C756D4">
        <w:tc>
          <w:tcPr>
            <w:tcW w:w="473" w:type="dxa"/>
          </w:tcPr>
          <w:p w14:paraId="05B60A4D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2074" w:type="dxa"/>
          </w:tcPr>
          <w:p w14:paraId="33B5DFAD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</w:tcPr>
          <w:p w14:paraId="6352B00F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dxa"/>
          </w:tcPr>
          <w:p w14:paraId="763922D6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036" w:type="dxa"/>
          </w:tcPr>
          <w:p w14:paraId="08FA6175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638" w:type="dxa"/>
          </w:tcPr>
          <w:p w14:paraId="087986C5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436" w:type="dxa"/>
          </w:tcPr>
          <w:p w14:paraId="3933EF0F" w14:textId="77777777" w:rsidR="00466B55" w:rsidRPr="00505F1F" w:rsidRDefault="00466B5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40CB55D0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53A7DC83" w14:textId="77777777" w:rsidR="00C756D4" w:rsidRPr="00505F1F" w:rsidRDefault="00C756D4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br w:type="page"/>
      </w:r>
    </w:p>
    <w:p w14:paraId="69C36029" w14:textId="77777777" w:rsidR="00AB6ED7" w:rsidRPr="00505F1F" w:rsidRDefault="0009675B" w:rsidP="00C756D4">
      <w:pPr>
        <w:pStyle w:val="Sofi"/>
        <w:framePr w:wrap="around"/>
        <w:rPr>
          <w:sz w:val="24"/>
        </w:rPr>
      </w:pPr>
      <w:r w:rsidRPr="00505F1F">
        <w:rPr>
          <w:sz w:val="24"/>
          <w:highlight w:val="lightGray"/>
        </w:rPr>
        <w:lastRenderedPageBreak/>
        <w:t>3. INSTITUCIONES ASOCIADAS</w:t>
      </w:r>
    </w:p>
    <w:p w14:paraId="074CE52E" w14:textId="77777777" w:rsidR="00AB6ED7" w:rsidRPr="00505F1F" w:rsidRDefault="00AB6ED7">
      <w:pPr>
        <w:rPr>
          <w:rFonts w:asciiTheme="majorHAnsi" w:hAnsiTheme="majorHAnsi" w:cstheme="majorHAnsi"/>
          <w:sz w:val="28"/>
          <w:szCs w:val="24"/>
          <w:lang w:val="es-CL"/>
        </w:rPr>
      </w:pPr>
    </w:p>
    <w:p w14:paraId="2C00D8D9" w14:textId="77777777" w:rsidR="00C756D4" w:rsidRPr="00505F1F" w:rsidRDefault="00C756D4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378BCD15" w14:textId="77777777" w:rsidR="00F81AD1" w:rsidRPr="00505F1F" w:rsidRDefault="00F81AD1" w:rsidP="00F81AD1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Como se menciona en la convocatoria, un investigador de la institución asociada debe figurar en la API 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Interdisciplinaria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como representante de la misma.</w:t>
      </w:r>
    </w:p>
    <w:p w14:paraId="094766B7" w14:textId="77777777" w:rsidR="00C756D4" w:rsidRPr="00505F1F" w:rsidRDefault="00F81AD1" w:rsidP="00F81AD1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Nota: Se requiere un mínimo de 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>dos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instituciones nacionales 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>o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internacionales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asociadas a la propuesta de API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, y se exige un investigador por institución. 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Agregue tantas tablas como sea necesario para dar cuenta de todas las instituciones asociadas, hasta un máximo de cinco.</w:t>
      </w:r>
    </w:p>
    <w:p w14:paraId="133C23EB" w14:textId="77777777" w:rsidR="00F81AD1" w:rsidRPr="00505F1F" w:rsidRDefault="00F81AD1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053AB302" w14:textId="77777777" w:rsidR="00AB6ED7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3.1 Descripción de Instituciones Asociadas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48"/>
        <w:gridCol w:w="6068"/>
      </w:tblGrid>
      <w:tr w:rsidR="00F81AD1" w:rsidRPr="00505F1F" w14:paraId="43E2AB46" w14:textId="77777777" w:rsidTr="00F81AD1">
        <w:tc>
          <w:tcPr>
            <w:tcW w:w="3256" w:type="dxa"/>
          </w:tcPr>
          <w:p w14:paraId="37F215E4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Institución Asociada 1</w:t>
            </w:r>
          </w:p>
        </w:tc>
        <w:tc>
          <w:tcPr>
            <w:tcW w:w="6094" w:type="dxa"/>
          </w:tcPr>
          <w:p w14:paraId="5D3E8E37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6D5A09CE" w14:textId="77777777" w:rsidTr="00F81AD1">
        <w:tc>
          <w:tcPr>
            <w:tcW w:w="3256" w:type="dxa"/>
          </w:tcPr>
          <w:p w14:paraId="69D1675B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094" w:type="dxa"/>
          </w:tcPr>
          <w:p w14:paraId="2177007A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478BFC5F" w14:textId="77777777" w:rsidTr="00F81AD1">
        <w:tc>
          <w:tcPr>
            <w:tcW w:w="3256" w:type="dxa"/>
          </w:tcPr>
          <w:p w14:paraId="32371A99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Dirección</w:t>
            </w:r>
          </w:p>
        </w:tc>
        <w:tc>
          <w:tcPr>
            <w:tcW w:w="6094" w:type="dxa"/>
          </w:tcPr>
          <w:p w14:paraId="070435AE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45F7936B" w14:textId="77777777" w:rsidTr="00F81AD1">
        <w:tc>
          <w:tcPr>
            <w:tcW w:w="3256" w:type="dxa"/>
          </w:tcPr>
          <w:p w14:paraId="605DB023" w14:textId="77777777" w:rsidR="00F81AD1" w:rsidRPr="00505F1F" w:rsidRDefault="00F81AD1" w:rsidP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Ciudad/País</w:t>
            </w:r>
          </w:p>
        </w:tc>
        <w:tc>
          <w:tcPr>
            <w:tcW w:w="6094" w:type="dxa"/>
          </w:tcPr>
          <w:p w14:paraId="053B1093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13F1711D" w14:textId="77777777" w:rsidTr="00F81AD1">
        <w:tc>
          <w:tcPr>
            <w:tcW w:w="3256" w:type="dxa"/>
          </w:tcPr>
          <w:p w14:paraId="45DF5CAB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094" w:type="dxa"/>
          </w:tcPr>
          <w:p w14:paraId="24F2DC12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63F8F9D3" w14:textId="77777777" w:rsidTr="00F81AD1">
        <w:tc>
          <w:tcPr>
            <w:tcW w:w="3256" w:type="dxa"/>
          </w:tcPr>
          <w:p w14:paraId="308D1F75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Contacto</w:t>
            </w:r>
          </w:p>
        </w:tc>
        <w:tc>
          <w:tcPr>
            <w:tcW w:w="6094" w:type="dxa"/>
          </w:tcPr>
          <w:p w14:paraId="30FC8EA4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03BECABD" w14:textId="77777777" w:rsidTr="00F81AD1">
        <w:tc>
          <w:tcPr>
            <w:tcW w:w="3256" w:type="dxa"/>
          </w:tcPr>
          <w:p w14:paraId="61950218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094" w:type="dxa"/>
          </w:tcPr>
          <w:p w14:paraId="2C7E48E2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422239ED" w14:textId="77777777" w:rsidTr="00F81AD1">
        <w:tc>
          <w:tcPr>
            <w:tcW w:w="3256" w:type="dxa"/>
          </w:tcPr>
          <w:p w14:paraId="497476D2" w14:textId="77777777" w:rsidR="00F81AD1" w:rsidRPr="00505F1F" w:rsidRDefault="00F81AD1" w:rsidP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Investigador Asociado</w:t>
            </w:r>
          </w:p>
        </w:tc>
        <w:tc>
          <w:tcPr>
            <w:tcW w:w="6094" w:type="dxa"/>
          </w:tcPr>
          <w:p w14:paraId="13FF3F0B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3AF4B11" w14:textId="77777777" w:rsidTr="00F81AD1">
        <w:tc>
          <w:tcPr>
            <w:tcW w:w="3256" w:type="dxa"/>
          </w:tcPr>
          <w:p w14:paraId="36150407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</w:t>
            </w:r>
          </w:p>
        </w:tc>
        <w:tc>
          <w:tcPr>
            <w:tcW w:w="6094" w:type="dxa"/>
          </w:tcPr>
          <w:p w14:paraId="5F484C98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06B9AAE" w14:textId="77777777" w:rsidTr="00F81AD1">
        <w:tc>
          <w:tcPr>
            <w:tcW w:w="3256" w:type="dxa"/>
          </w:tcPr>
          <w:p w14:paraId="26DFC1F0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094" w:type="dxa"/>
          </w:tcPr>
          <w:p w14:paraId="711FEA47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52342E8" w14:textId="77777777" w:rsidTr="00F81AD1">
        <w:tc>
          <w:tcPr>
            <w:tcW w:w="3256" w:type="dxa"/>
          </w:tcPr>
          <w:p w14:paraId="6B19ECD6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Área de investigación</w:t>
            </w:r>
          </w:p>
        </w:tc>
        <w:tc>
          <w:tcPr>
            <w:tcW w:w="6094" w:type="dxa"/>
          </w:tcPr>
          <w:p w14:paraId="5C9FAFAC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64CAADEC" w14:textId="77777777" w:rsidR="00F81AD1" w:rsidRPr="00505F1F" w:rsidRDefault="00F81AD1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48"/>
        <w:gridCol w:w="6068"/>
      </w:tblGrid>
      <w:tr w:rsidR="00F81AD1" w:rsidRPr="00505F1F" w14:paraId="06D36AFF" w14:textId="77777777" w:rsidTr="00EB46AA">
        <w:tc>
          <w:tcPr>
            <w:tcW w:w="3256" w:type="dxa"/>
          </w:tcPr>
          <w:p w14:paraId="4E7F2973" w14:textId="77777777" w:rsidR="00F81AD1" w:rsidRPr="00505F1F" w:rsidRDefault="00F81AD1" w:rsidP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Institución Asociada 2</w:t>
            </w:r>
          </w:p>
        </w:tc>
        <w:tc>
          <w:tcPr>
            <w:tcW w:w="6094" w:type="dxa"/>
          </w:tcPr>
          <w:p w14:paraId="7F65FE22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42F96FEC" w14:textId="77777777" w:rsidTr="00EB46AA">
        <w:tc>
          <w:tcPr>
            <w:tcW w:w="3256" w:type="dxa"/>
          </w:tcPr>
          <w:p w14:paraId="77BC69DD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RUT</w:t>
            </w:r>
          </w:p>
        </w:tc>
        <w:tc>
          <w:tcPr>
            <w:tcW w:w="6094" w:type="dxa"/>
          </w:tcPr>
          <w:p w14:paraId="12362A17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2EB80BB" w14:textId="77777777" w:rsidTr="00EB46AA">
        <w:tc>
          <w:tcPr>
            <w:tcW w:w="3256" w:type="dxa"/>
          </w:tcPr>
          <w:p w14:paraId="76479A15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Dirección</w:t>
            </w:r>
          </w:p>
        </w:tc>
        <w:tc>
          <w:tcPr>
            <w:tcW w:w="6094" w:type="dxa"/>
          </w:tcPr>
          <w:p w14:paraId="33EF004E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8419CED" w14:textId="77777777" w:rsidTr="00EB46AA">
        <w:tc>
          <w:tcPr>
            <w:tcW w:w="3256" w:type="dxa"/>
          </w:tcPr>
          <w:p w14:paraId="4FB68250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Ciudad/País</w:t>
            </w:r>
          </w:p>
        </w:tc>
        <w:tc>
          <w:tcPr>
            <w:tcW w:w="6094" w:type="dxa"/>
          </w:tcPr>
          <w:p w14:paraId="27B224FC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5645630C" w14:textId="77777777" w:rsidTr="00EB46AA">
        <w:tc>
          <w:tcPr>
            <w:tcW w:w="3256" w:type="dxa"/>
          </w:tcPr>
          <w:p w14:paraId="082E37F2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Teléfono</w:t>
            </w:r>
          </w:p>
        </w:tc>
        <w:tc>
          <w:tcPr>
            <w:tcW w:w="6094" w:type="dxa"/>
          </w:tcPr>
          <w:p w14:paraId="7024FE87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1C4CB81E" w14:textId="77777777" w:rsidTr="00EB46AA">
        <w:tc>
          <w:tcPr>
            <w:tcW w:w="3256" w:type="dxa"/>
          </w:tcPr>
          <w:p w14:paraId="3EF5B3AD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Contacto</w:t>
            </w:r>
          </w:p>
        </w:tc>
        <w:tc>
          <w:tcPr>
            <w:tcW w:w="6094" w:type="dxa"/>
          </w:tcPr>
          <w:p w14:paraId="72FAD866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17F6C30C" w14:textId="77777777" w:rsidTr="00EB46AA">
        <w:tc>
          <w:tcPr>
            <w:tcW w:w="3256" w:type="dxa"/>
          </w:tcPr>
          <w:p w14:paraId="46402280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094" w:type="dxa"/>
          </w:tcPr>
          <w:p w14:paraId="25786CE8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6C2437D3" w14:textId="77777777" w:rsidTr="00EB46AA">
        <w:tc>
          <w:tcPr>
            <w:tcW w:w="3256" w:type="dxa"/>
          </w:tcPr>
          <w:p w14:paraId="70A550C3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Investigador Asociado</w:t>
            </w:r>
          </w:p>
        </w:tc>
        <w:tc>
          <w:tcPr>
            <w:tcW w:w="6094" w:type="dxa"/>
          </w:tcPr>
          <w:p w14:paraId="11184BE5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0897A5E8" w14:textId="77777777" w:rsidTr="00EB46AA">
        <w:tc>
          <w:tcPr>
            <w:tcW w:w="3256" w:type="dxa"/>
          </w:tcPr>
          <w:p w14:paraId="447E9D3A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Cargo</w:t>
            </w:r>
          </w:p>
        </w:tc>
        <w:tc>
          <w:tcPr>
            <w:tcW w:w="6094" w:type="dxa"/>
          </w:tcPr>
          <w:p w14:paraId="48629269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2760FB8B" w14:textId="77777777" w:rsidTr="00EB46AA">
        <w:tc>
          <w:tcPr>
            <w:tcW w:w="3256" w:type="dxa"/>
          </w:tcPr>
          <w:p w14:paraId="3CC46E01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6094" w:type="dxa"/>
          </w:tcPr>
          <w:p w14:paraId="56BCE318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1DF1B40F" w14:textId="77777777" w:rsidTr="00EB46AA">
        <w:tc>
          <w:tcPr>
            <w:tcW w:w="3256" w:type="dxa"/>
          </w:tcPr>
          <w:p w14:paraId="4E9EC595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Área de investigación</w:t>
            </w:r>
          </w:p>
        </w:tc>
        <w:tc>
          <w:tcPr>
            <w:tcW w:w="6094" w:type="dxa"/>
          </w:tcPr>
          <w:p w14:paraId="3C0EC6E9" w14:textId="77777777" w:rsidR="00F81AD1" w:rsidRPr="00505F1F" w:rsidRDefault="00F81AD1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5C956E00" w14:textId="77777777" w:rsidR="00F81AD1" w:rsidRPr="00505F1F" w:rsidRDefault="00F81AD1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6BA9EBEF" w14:textId="77777777" w:rsidR="00F81AD1" w:rsidRPr="00505F1F" w:rsidRDefault="00F81AD1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70CD2C47" w14:textId="77777777" w:rsidR="00B92E58" w:rsidRPr="00505F1F" w:rsidRDefault="00B92E58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0A2894C2" w14:textId="77777777" w:rsidR="00AB6ED7" w:rsidRPr="00505F1F" w:rsidRDefault="00EB46AA" w:rsidP="009134CE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lastRenderedPageBreak/>
        <w:t>3.2 Participación de Instituciones Asociadas</w:t>
      </w:r>
      <w:r w:rsidR="00F81AD1" w:rsidRPr="00505F1F">
        <w:rPr>
          <w:rFonts w:asciiTheme="majorHAnsi" w:hAnsiTheme="majorHAnsi" w:cstheme="majorHAnsi"/>
          <w:sz w:val="24"/>
          <w:szCs w:val="24"/>
          <w:lang w:val="es-CL"/>
        </w:rPr>
        <w:t>: Describa brevemente el papel de cada una de las instituciones asociadas en esta propuesta</w:t>
      </w:r>
      <w:r w:rsidR="007C337C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(Debe ser coincidente con Anexo Nº2)</w:t>
      </w:r>
      <w:r w:rsidR="00F81AD1"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  <w:r w:rsidR="009134C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(Ejemplos: Horas profesionales valorizadas, Uso de laboratorios, Acceso a bases de datos, Equipamiento, Infraestructura</w:t>
      </w:r>
      <w:r w:rsidR="00B92E58" w:rsidRPr="00505F1F">
        <w:rPr>
          <w:rFonts w:asciiTheme="majorHAnsi" w:hAnsiTheme="majorHAnsi" w:cstheme="majorHAnsi"/>
          <w:sz w:val="24"/>
          <w:szCs w:val="24"/>
          <w:lang w:val="es-CL"/>
        </w:rPr>
        <w:t>, etc.</w:t>
      </w:r>
      <w:r w:rsidR="009134CE" w:rsidRPr="00505F1F">
        <w:rPr>
          <w:rFonts w:asciiTheme="majorHAnsi" w:hAnsiTheme="majorHAnsi" w:cstheme="majorHAnsi"/>
          <w:sz w:val="24"/>
          <w:szCs w:val="24"/>
          <w:lang w:val="es-CL"/>
        </w:rPr>
        <w:t>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86"/>
        <w:gridCol w:w="5930"/>
      </w:tblGrid>
      <w:tr w:rsidR="00F81AD1" w:rsidRPr="00505F1F" w14:paraId="18B3FF0F" w14:textId="77777777" w:rsidTr="00F81AD1">
        <w:tc>
          <w:tcPr>
            <w:tcW w:w="3397" w:type="dxa"/>
          </w:tcPr>
          <w:p w14:paraId="51DF9EC8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Institución Asociada</w:t>
            </w:r>
          </w:p>
        </w:tc>
        <w:tc>
          <w:tcPr>
            <w:tcW w:w="5953" w:type="dxa"/>
          </w:tcPr>
          <w:p w14:paraId="0ADB435D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Descripción de la participación</w:t>
            </w:r>
          </w:p>
        </w:tc>
      </w:tr>
      <w:tr w:rsidR="00F81AD1" w:rsidRPr="00505F1F" w14:paraId="298283E3" w14:textId="77777777" w:rsidTr="00F81AD1">
        <w:tc>
          <w:tcPr>
            <w:tcW w:w="3397" w:type="dxa"/>
          </w:tcPr>
          <w:p w14:paraId="4C4CA5BC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337EFB7C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EBBF2AC" w14:textId="77777777" w:rsidTr="00F81AD1">
        <w:tc>
          <w:tcPr>
            <w:tcW w:w="3397" w:type="dxa"/>
          </w:tcPr>
          <w:p w14:paraId="0F0A6C04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1DDE930C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6FAB6DD0" w14:textId="77777777" w:rsidTr="00F81AD1">
        <w:tc>
          <w:tcPr>
            <w:tcW w:w="3397" w:type="dxa"/>
          </w:tcPr>
          <w:p w14:paraId="0B599CFC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07E823A0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23B9EB6C" w14:textId="77777777" w:rsidTr="00F81AD1">
        <w:tc>
          <w:tcPr>
            <w:tcW w:w="3397" w:type="dxa"/>
          </w:tcPr>
          <w:p w14:paraId="1EA0C9B6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19671C6B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F81AD1" w:rsidRPr="00505F1F" w14:paraId="7AE825A6" w14:textId="77777777" w:rsidTr="00F81AD1">
        <w:tc>
          <w:tcPr>
            <w:tcW w:w="3397" w:type="dxa"/>
          </w:tcPr>
          <w:p w14:paraId="2E894AB4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6403A545" w14:textId="77777777" w:rsidR="00F81AD1" w:rsidRPr="00505F1F" w:rsidRDefault="00F81AD1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05F1F" w:rsidRPr="00505F1F" w14:paraId="0E52CF46" w14:textId="77777777" w:rsidTr="00F81AD1">
        <w:tc>
          <w:tcPr>
            <w:tcW w:w="3397" w:type="dxa"/>
          </w:tcPr>
          <w:p w14:paraId="36F94C7D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14F82291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05F1F" w:rsidRPr="00505F1F" w14:paraId="4FA05FA0" w14:textId="77777777" w:rsidTr="00F81AD1">
        <w:tc>
          <w:tcPr>
            <w:tcW w:w="3397" w:type="dxa"/>
          </w:tcPr>
          <w:p w14:paraId="19E6658E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36D2CA1C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505F1F" w:rsidRPr="00505F1F" w14:paraId="117E92BB" w14:textId="77777777" w:rsidTr="00F81AD1">
        <w:tc>
          <w:tcPr>
            <w:tcW w:w="3397" w:type="dxa"/>
          </w:tcPr>
          <w:p w14:paraId="56815397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953" w:type="dxa"/>
          </w:tcPr>
          <w:p w14:paraId="3A70B939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3FCFCD4D" w14:textId="77777777" w:rsidR="00F81AD1" w:rsidRPr="00505F1F" w:rsidRDefault="00F81AD1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2203D3BF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07DF18E3" w14:textId="77777777" w:rsidR="00F81AD1" w:rsidRPr="00505F1F" w:rsidRDefault="00F81AD1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br w:type="page"/>
      </w:r>
    </w:p>
    <w:p w14:paraId="14CA6F6B" w14:textId="77777777" w:rsidR="00AB6ED7" w:rsidRPr="00505F1F" w:rsidRDefault="0009675B">
      <w:pPr>
        <w:rPr>
          <w:rFonts w:asciiTheme="majorHAnsi" w:hAnsiTheme="majorHAnsi" w:cstheme="majorHAnsi"/>
          <w:b/>
          <w:sz w:val="28"/>
          <w:szCs w:val="24"/>
          <w:lang w:val="es-CL"/>
        </w:rPr>
      </w:pPr>
      <w:r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lastRenderedPageBreak/>
        <w:t>4. PROYECTO DE INVESTIGACIÓN</w:t>
      </w:r>
    </w:p>
    <w:p w14:paraId="35212321" w14:textId="77777777" w:rsidR="00703709" w:rsidRPr="00505F1F" w:rsidRDefault="00F81AD1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Describa el objetivo principal de la propuesta, las áreas de investigación, las redes de colaboración, los principales retos y los resultados previstos al final de</w:t>
      </w:r>
      <w:r w:rsidR="009134C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cada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año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 ejecución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  <w:r w:rsidR="007C337C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</w:p>
    <w:p w14:paraId="534D78DC" w14:textId="77777777" w:rsidR="00AB6ED7" w:rsidRPr="00505F1F" w:rsidRDefault="00EB46AA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4.1 Resumen 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ejecutivo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de la propuesta (máx</w:t>
      </w:r>
      <w:r w:rsidR="007C337C" w:rsidRPr="00505F1F">
        <w:rPr>
          <w:rFonts w:asciiTheme="majorHAnsi" w:hAnsiTheme="majorHAnsi" w:cstheme="majorHAnsi"/>
          <w:sz w:val="24"/>
          <w:szCs w:val="24"/>
          <w:lang w:val="es-CL"/>
        </w:rPr>
        <w:t>imo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1</w:t>
      </w:r>
      <w:r w:rsidR="007C337C"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000 palabras)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316"/>
      </w:tblGrid>
      <w:tr w:rsidR="00EB46AA" w:rsidRPr="00505F1F" w14:paraId="71E791FF" w14:textId="77777777" w:rsidTr="0009675B">
        <w:tc>
          <w:tcPr>
            <w:tcW w:w="5000" w:type="pct"/>
          </w:tcPr>
          <w:p w14:paraId="5E2281E3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CDDC5DE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12FCBEC7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052F85C7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0B2BE096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2D53A44C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7CD2CE39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3E3E6003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79F61DF1" w14:textId="77777777" w:rsidR="00EB46AA" w:rsidRPr="00505F1F" w:rsidRDefault="00EB46AA" w:rsidP="00EB46AA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5BD8CFC2" w14:textId="77777777" w:rsidR="00EB46AA" w:rsidRPr="00505F1F" w:rsidRDefault="00EB46AA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</w:p>
    <w:p w14:paraId="27A72383" w14:textId="77777777" w:rsidR="00AB6ED7" w:rsidRPr="00505F1F" w:rsidRDefault="00EB46AA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4.2 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Líneas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 investigación: Describa brevemente las 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líneas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 investigación incluidas en esta propuesta y los investigadores que trabajan en cada una de ellas. Máximo 300 palabras por 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línea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 investigación.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59"/>
        <w:gridCol w:w="4657"/>
      </w:tblGrid>
      <w:tr w:rsidR="00EB46AA" w:rsidRPr="00505F1F" w14:paraId="015CAB8B" w14:textId="77777777" w:rsidTr="00EB46AA">
        <w:tc>
          <w:tcPr>
            <w:tcW w:w="4675" w:type="dxa"/>
          </w:tcPr>
          <w:p w14:paraId="520A30DB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Área de investigación</w:t>
            </w:r>
          </w:p>
        </w:tc>
        <w:tc>
          <w:tcPr>
            <w:tcW w:w="4675" w:type="dxa"/>
          </w:tcPr>
          <w:p w14:paraId="6C011A59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Descripción</w:t>
            </w:r>
          </w:p>
        </w:tc>
      </w:tr>
      <w:tr w:rsidR="00EB46AA" w:rsidRPr="00505F1F" w14:paraId="3BF55E1C" w14:textId="77777777" w:rsidTr="00EB46AA">
        <w:tc>
          <w:tcPr>
            <w:tcW w:w="4675" w:type="dxa"/>
          </w:tcPr>
          <w:p w14:paraId="5B2D937D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Línea 1:</w:t>
            </w:r>
          </w:p>
          <w:p w14:paraId="7E8011C0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4675" w:type="dxa"/>
            <w:vMerge w:val="restart"/>
          </w:tcPr>
          <w:p w14:paraId="1235FB46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5F29C23F" w14:textId="77777777" w:rsidTr="00EB46AA">
        <w:tc>
          <w:tcPr>
            <w:tcW w:w="4675" w:type="dxa"/>
          </w:tcPr>
          <w:p w14:paraId="4F281C0E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Investigadores:</w:t>
            </w:r>
          </w:p>
          <w:p w14:paraId="50C934A7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4675" w:type="dxa"/>
            <w:vMerge/>
          </w:tcPr>
          <w:p w14:paraId="51F5D644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533A4A2F" w14:textId="77777777" w:rsidTr="00EB46AA">
        <w:tc>
          <w:tcPr>
            <w:tcW w:w="4675" w:type="dxa"/>
          </w:tcPr>
          <w:p w14:paraId="600DD908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Línea 2:</w:t>
            </w:r>
          </w:p>
          <w:p w14:paraId="0E4BE233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4675" w:type="dxa"/>
            <w:vMerge w:val="restart"/>
          </w:tcPr>
          <w:p w14:paraId="10316D49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1761A4C6" w14:textId="77777777" w:rsidTr="00EB46AA">
        <w:tc>
          <w:tcPr>
            <w:tcW w:w="4675" w:type="dxa"/>
          </w:tcPr>
          <w:p w14:paraId="7E3CBD8B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Investigadores: </w:t>
            </w:r>
          </w:p>
          <w:p w14:paraId="7B4080D8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4675" w:type="dxa"/>
            <w:vMerge/>
          </w:tcPr>
          <w:p w14:paraId="749BC857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17FAFA74" w14:textId="77777777" w:rsidR="00EB46AA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1266E24D" w14:textId="77777777" w:rsidR="00AB6ED7" w:rsidRPr="00505F1F" w:rsidRDefault="00EB46AA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4.3 Objetivos: Describa los objetivos principales y específicos de la propuesta; incluya tantas tablas como sean necesarias.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1"/>
        <w:gridCol w:w="6775"/>
      </w:tblGrid>
      <w:tr w:rsidR="00EB46AA" w:rsidRPr="00505F1F" w14:paraId="49AC3D7E" w14:textId="77777777" w:rsidTr="00EB46AA">
        <w:tc>
          <w:tcPr>
            <w:tcW w:w="2547" w:type="dxa"/>
          </w:tcPr>
          <w:p w14:paraId="10045341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General 1</w:t>
            </w:r>
          </w:p>
          <w:p w14:paraId="10FAAFB2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7C32F349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3A5FC2E3" w14:textId="77777777" w:rsidTr="00EB46AA">
        <w:tc>
          <w:tcPr>
            <w:tcW w:w="2547" w:type="dxa"/>
          </w:tcPr>
          <w:p w14:paraId="6FBFDBEB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1</w:t>
            </w:r>
          </w:p>
          <w:p w14:paraId="2E64BBB6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6981F9F9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3D6C8C05" w14:textId="77777777" w:rsidTr="00EB46AA">
        <w:tc>
          <w:tcPr>
            <w:tcW w:w="2547" w:type="dxa"/>
          </w:tcPr>
          <w:p w14:paraId="06C45ADB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2</w:t>
            </w:r>
          </w:p>
          <w:p w14:paraId="35DE359D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28BB8866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1C607531" w14:textId="77777777" w:rsidTr="00EB46AA">
        <w:tc>
          <w:tcPr>
            <w:tcW w:w="2547" w:type="dxa"/>
          </w:tcPr>
          <w:p w14:paraId="084462ED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3</w:t>
            </w:r>
          </w:p>
          <w:p w14:paraId="4293E009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3E068D1D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3B7CA29B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1"/>
        <w:gridCol w:w="6775"/>
      </w:tblGrid>
      <w:tr w:rsidR="00EB46AA" w:rsidRPr="00505F1F" w14:paraId="590E199F" w14:textId="77777777" w:rsidTr="00EB46AA">
        <w:tc>
          <w:tcPr>
            <w:tcW w:w="2547" w:type="dxa"/>
          </w:tcPr>
          <w:p w14:paraId="3776EAED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General 2</w:t>
            </w:r>
          </w:p>
          <w:p w14:paraId="681F5F09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168DCD6A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278D64D5" w14:textId="77777777" w:rsidTr="00EB46AA">
        <w:tc>
          <w:tcPr>
            <w:tcW w:w="2547" w:type="dxa"/>
          </w:tcPr>
          <w:p w14:paraId="0CF9D8DC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1</w:t>
            </w:r>
          </w:p>
          <w:p w14:paraId="68011935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0D30E351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09AD2813" w14:textId="77777777" w:rsidTr="00EB46AA">
        <w:tc>
          <w:tcPr>
            <w:tcW w:w="2547" w:type="dxa"/>
          </w:tcPr>
          <w:p w14:paraId="76620103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2</w:t>
            </w:r>
          </w:p>
          <w:p w14:paraId="28CDD4CA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7B69173B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03FC3C27" w14:textId="77777777" w:rsidTr="00EB46AA">
        <w:tc>
          <w:tcPr>
            <w:tcW w:w="2547" w:type="dxa"/>
          </w:tcPr>
          <w:p w14:paraId="52E71B45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3</w:t>
            </w:r>
          </w:p>
          <w:p w14:paraId="070E1304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41FC37FA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7E9C5ED5" w14:textId="77777777" w:rsidR="00EB46AA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1"/>
        <w:gridCol w:w="6775"/>
      </w:tblGrid>
      <w:tr w:rsidR="00EB46AA" w:rsidRPr="00505F1F" w14:paraId="7D38D69B" w14:textId="77777777" w:rsidTr="00EB46AA">
        <w:tc>
          <w:tcPr>
            <w:tcW w:w="2547" w:type="dxa"/>
          </w:tcPr>
          <w:p w14:paraId="4FEF1A33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General 3</w:t>
            </w:r>
          </w:p>
          <w:p w14:paraId="22CCE415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2956AD08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04ADC819" w14:textId="77777777" w:rsidTr="00EB46AA">
        <w:tc>
          <w:tcPr>
            <w:tcW w:w="2547" w:type="dxa"/>
          </w:tcPr>
          <w:p w14:paraId="088DFC30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1</w:t>
            </w:r>
          </w:p>
          <w:p w14:paraId="4A1064ED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71FCA75E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7B126695" w14:textId="77777777" w:rsidTr="00EB46AA">
        <w:tc>
          <w:tcPr>
            <w:tcW w:w="2547" w:type="dxa"/>
          </w:tcPr>
          <w:p w14:paraId="19E21FCE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2</w:t>
            </w:r>
          </w:p>
          <w:p w14:paraId="12EAE892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58E8EE7F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EB46AA" w:rsidRPr="00505F1F" w14:paraId="62BE2EA4" w14:textId="77777777" w:rsidTr="00EB46AA">
        <w:tc>
          <w:tcPr>
            <w:tcW w:w="2547" w:type="dxa"/>
          </w:tcPr>
          <w:p w14:paraId="0BF66A47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 3</w:t>
            </w:r>
          </w:p>
          <w:p w14:paraId="0757DAEC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6803" w:type="dxa"/>
          </w:tcPr>
          <w:p w14:paraId="50763AE4" w14:textId="77777777" w:rsidR="00EB46AA" w:rsidRPr="00505F1F" w:rsidRDefault="00EB46AA" w:rsidP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35104669" w14:textId="77777777" w:rsidR="00EB46AA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4C69F526" w14:textId="77777777" w:rsidR="00AB6ED7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4.4 Descripción del Proyecto: En un máximo de 6 páginas, complete una descripción detallada de la propuesta que incluya cada uno de los siguientes componentes:</w:t>
      </w:r>
    </w:p>
    <w:p w14:paraId="17EE85D4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a) Descripción de la propuesta.</w:t>
      </w:r>
    </w:p>
    <w:p w14:paraId="3490D362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b) Misión y visión de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la API Interdisciplinaria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p w14:paraId="330A2760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c) Objetivos principales y trabajo original propuesto.</w:t>
      </w:r>
    </w:p>
    <w:p w14:paraId="2795605F" w14:textId="77777777" w:rsidR="001C0E18" w:rsidRPr="00505F1F" w:rsidRDefault="00EB46AA" w:rsidP="00DF46BA">
      <w:pPr>
        <w:spacing w:before="100" w:beforeAutospacing="1" w:after="100" w:afterAutospacing="1" w:line="240" w:lineRule="auto"/>
        <w:ind w:left="720"/>
        <w:jc w:val="both"/>
        <w:outlineLvl w:val="0"/>
        <w:rPr>
          <w:rFonts w:asciiTheme="majorHAnsi" w:eastAsiaTheme="min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d) Metas específicas asociada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s a cada línea de investigación</w:t>
      </w:r>
      <w:r w:rsidR="001C0E18" w:rsidRPr="00505F1F">
        <w:rPr>
          <w:rFonts w:asciiTheme="majorHAnsi" w:hAnsiTheme="majorHAnsi" w:cstheme="majorHAnsi"/>
          <w:sz w:val="24"/>
          <w:szCs w:val="24"/>
          <w:lang w:val="es-CL"/>
        </w:rPr>
        <w:t>, i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>ncluyendo indicadores de</w:t>
      </w:r>
      <w:r w:rsidR="0065424E" w:rsidRPr="00505F1F">
        <w:rPr>
          <w:rFonts w:asciiTheme="majorHAnsi" w:eastAsiaTheme="minorHAnsi" w:hAnsiTheme="majorHAnsi" w:cstheme="majorHAnsi"/>
          <w:sz w:val="24"/>
          <w:szCs w:val="24"/>
          <w:lang w:val="es-CL"/>
        </w:rPr>
        <w:t xml:space="preserve"> 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>desempeño obligatorios (KPIs)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; como por ejemplo: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i) Número mínimo de publicaciones WoS/Scopus por año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;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ii) Número mínimo de postulaciones a fondos externos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(indicador clave del presente instrumento);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iii) Número mínimo de tesis de magíster y doctorado asociadas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;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iv) Número mínimo de actividades de vinculación con el medio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; o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v) Número mínimo de 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nuevas redes acreditadas de 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>colaboraci</w:t>
      </w:r>
      <w:r w:rsidR="00703709" w:rsidRPr="00505F1F">
        <w:rPr>
          <w:rFonts w:asciiTheme="majorHAnsi" w:hAnsiTheme="majorHAnsi" w:cstheme="majorHAnsi"/>
          <w:sz w:val="24"/>
          <w:szCs w:val="24"/>
          <w:lang w:val="es-CL"/>
        </w:rPr>
        <w:t>ón internacional</w:t>
      </w:r>
      <w:r w:rsidR="0065424E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. </w:t>
      </w:r>
      <w:r w:rsidR="001C0E18" w:rsidRPr="00505F1F">
        <w:rPr>
          <w:rFonts w:asciiTheme="majorHAnsi" w:hAnsiTheme="majorHAnsi" w:cstheme="majorHAnsi"/>
          <w:sz w:val="24"/>
          <w:szCs w:val="24"/>
          <w:lang w:val="es-CL"/>
        </w:rPr>
        <w:t>En el marco del presente instrumento, es posible considerar otros indicadores que puedan resultar más específicos para un área prioritaria determinada.</w:t>
      </w:r>
    </w:p>
    <w:p w14:paraId="289EF5D4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e) Participación de estudiantes de </w:t>
      </w:r>
      <w:r w:rsidR="00CF4D4F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pre y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pos</w:t>
      </w:r>
      <w:r w:rsidR="00CF4D4F" w:rsidRPr="00505F1F">
        <w:rPr>
          <w:rFonts w:asciiTheme="majorHAnsi" w:hAnsiTheme="majorHAnsi" w:cstheme="majorHAnsi"/>
          <w:sz w:val="24"/>
          <w:szCs w:val="24"/>
          <w:lang w:val="es-CL"/>
        </w:rPr>
        <w:t>t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grado.</w:t>
      </w:r>
    </w:p>
    <w:p w14:paraId="75498D45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f) Metodología </w:t>
      </w:r>
      <w:r w:rsidR="00CF4D4F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resumida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de trabajo.</w:t>
      </w:r>
    </w:p>
    <w:p w14:paraId="21BD864E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g) Trabajos previos</w:t>
      </w:r>
      <w:r w:rsidR="00CF4D4F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 colaboración de la red de investigadores de la propuesta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p w14:paraId="7ED62A16" w14:textId="77777777" w:rsidR="00EB46AA" w:rsidRPr="00505F1F" w:rsidRDefault="00EB46AA" w:rsidP="00DF46BA">
      <w:pPr>
        <w:ind w:left="720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lastRenderedPageBreak/>
        <w:t>h) Infraestructura y capacidades instaladas.</w:t>
      </w:r>
    </w:p>
    <w:p w14:paraId="79198054" w14:textId="77777777" w:rsidR="00EB46AA" w:rsidRPr="00505F1F" w:rsidRDefault="00EB46AA" w:rsidP="00DF46BA">
      <w:pPr>
        <w:ind w:left="720"/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i) Estrategia de difusión</w:t>
      </w:r>
      <w:r w:rsidR="00CF4D4F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(se debe considerar el acceso a una página web institucional para las API)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p w14:paraId="625D1DE9" w14:textId="77777777" w:rsidR="00EB46AA" w:rsidRPr="00505F1F" w:rsidRDefault="00EB46AA" w:rsidP="00DF46BA">
      <w:pPr>
        <w:ind w:left="720"/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j) </w:t>
      </w:r>
      <w:r w:rsidR="00580C7D" w:rsidRPr="00505F1F">
        <w:rPr>
          <w:rFonts w:asciiTheme="majorHAnsi" w:hAnsiTheme="majorHAnsi" w:cstheme="majorHAnsi"/>
          <w:sz w:val="24"/>
          <w:szCs w:val="24"/>
          <w:lang w:val="es-CL"/>
        </w:rPr>
        <w:t>Otros r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esultados esperados</w:t>
      </w:r>
      <w:r w:rsidR="00580C7D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no estandarizados, en términos de una evaluación de tipo más cualitativa (por ejemplo, impacto en el medio socio-productivo y público)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.</w:t>
      </w:r>
    </w:p>
    <w:p w14:paraId="2951562D" w14:textId="77777777" w:rsidR="00EB46AA" w:rsidRPr="00505F1F" w:rsidRDefault="00EB46AA" w:rsidP="00DF46BA">
      <w:pPr>
        <w:ind w:left="720"/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k) Bibliografía (máximo 2 páginas). Los nombres de los miembros de la API 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Interdisciplinaria 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deben estar resaltados en negrita.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16"/>
      </w:tblGrid>
      <w:tr w:rsidR="00EB46AA" w:rsidRPr="00505F1F" w14:paraId="0B9E21C2" w14:textId="77777777" w:rsidTr="00EB46AA">
        <w:tc>
          <w:tcPr>
            <w:tcW w:w="9350" w:type="dxa"/>
          </w:tcPr>
          <w:p w14:paraId="3063D0B8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004AEA8E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5514F68B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20430BBD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47262056" w14:textId="77777777" w:rsidR="00EB46AA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1CB35272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266E92AB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7AFD66E2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660F837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311F4999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1857307A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3EB6D25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59C70074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42693E14" w14:textId="77777777" w:rsid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5A7F5A3C" w14:textId="77777777" w:rsidR="00505F1F" w:rsidRPr="00505F1F" w:rsidRDefault="00505F1F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2B588E3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951452E" w14:textId="77777777" w:rsidR="00DF46BA" w:rsidRPr="00505F1F" w:rsidRDefault="00DF46B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DD7D1F2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4C81D83B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2C513796" w14:textId="77777777" w:rsidR="007C337C" w:rsidRPr="00505F1F" w:rsidRDefault="007C337C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42CE3B67" w14:textId="77777777" w:rsidR="00AB6ED7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4.5 Plan de Trabajo 2026-2029 (a desarrollar en Excel</w:t>
      </w:r>
      <w:r w:rsidR="00C5780A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de Carta Gantt del proyecto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>)</w:t>
      </w:r>
    </w:p>
    <w:p w14:paraId="7CC9A3F3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5EA390B2" w14:textId="77777777" w:rsidR="00AB6ED7" w:rsidRPr="00505F1F" w:rsidRDefault="00EB46AA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4.6 Productos: Describa los principales </w:t>
      </w:r>
      <w:r w:rsidR="008F62DE" w:rsidRPr="00505F1F">
        <w:rPr>
          <w:rFonts w:asciiTheme="majorHAnsi" w:hAnsiTheme="majorHAnsi" w:cstheme="majorHAnsi"/>
          <w:sz w:val="24"/>
          <w:szCs w:val="24"/>
          <w:lang w:val="es-CL"/>
        </w:rPr>
        <w:t>resultados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previstos durante el período de </w:t>
      </w:r>
      <w:r w:rsidR="00C5780A" w:rsidRPr="00505F1F">
        <w:rPr>
          <w:rFonts w:asciiTheme="majorHAnsi" w:hAnsiTheme="majorHAnsi" w:cstheme="majorHAnsi"/>
          <w:sz w:val="24"/>
          <w:szCs w:val="24"/>
          <w:lang w:val="es-CL"/>
        </w:rPr>
        <w:t>tres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años. Incluya cualquier otro </w:t>
      </w:r>
      <w:r w:rsidR="008F62DE" w:rsidRPr="00505F1F">
        <w:rPr>
          <w:rFonts w:asciiTheme="majorHAnsi" w:hAnsiTheme="majorHAnsi" w:cstheme="majorHAnsi"/>
          <w:sz w:val="24"/>
          <w:szCs w:val="24"/>
          <w:lang w:val="es-CL"/>
        </w:rPr>
        <w:t>resultado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que considere relevante. Tenga en cuenta que el objetivo principal es incrementar la línea base de cada </w:t>
      </w:r>
      <w:r w:rsidR="008F62DE" w:rsidRPr="00505F1F">
        <w:rPr>
          <w:rFonts w:asciiTheme="majorHAnsi" w:hAnsiTheme="majorHAnsi" w:cstheme="majorHAnsi"/>
          <w:sz w:val="24"/>
          <w:szCs w:val="24"/>
          <w:lang w:val="es-CL"/>
        </w:rPr>
        <w:t>resultado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durante dicho período.</w:t>
      </w:r>
    </w:p>
    <w:p w14:paraId="43F2DA66" w14:textId="77777777" w:rsidR="00A00888" w:rsidRPr="00505F1F" w:rsidRDefault="00A00888" w:rsidP="00EB46A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788"/>
        <w:gridCol w:w="2745"/>
        <w:gridCol w:w="1363"/>
        <w:gridCol w:w="1849"/>
        <w:gridCol w:w="1571"/>
      </w:tblGrid>
      <w:tr w:rsidR="00EB46AA" w:rsidRPr="00505F1F" w14:paraId="05BCB4FE" w14:textId="77777777" w:rsidTr="002762EA">
        <w:tc>
          <w:tcPr>
            <w:tcW w:w="838" w:type="pct"/>
          </w:tcPr>
          <w:p w14:paraId="56B15DCF" w14:textId="77777777" w:rsidR="00EB46AA" w:rsidRPr="00505F1F" w:rsidRDefault="00EB46A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6D68B779" w14:textId="77777777" w:rsidR="00EB46AA" w:rsidRPr="00505F1F" w:rsidRDefault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Resultados</w:t>
            </w:r>
          </w:p>
        </w:tc>
        <w:tc>
          <w:tcPr>
            <w:tcW w:w="792" w:type="pct"/>
          </w:tcPr>
          <w:p w14:paraId="65537EA9" w14:textId="77777777" w:rsidR="00A00888" w:rsidRPr="00505F1F" w:rsidRDefault="008F62DE" w:rsidP="0009675B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Línea de base </w:t>
            </w:r>
          </w:p>
          <w:p w14:paraId="4F2F1434" w14:textId="77777777" w:rsidR="00EB46AA" w:rsidRPr="00505F1F" w:rsidRDefault="008F62DE" w:rsidP="0009675B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(2025)</w:t>
            </w:r>
          </w:p>
        </w:tc>
        <w:tc>
          <w:tcPr>
            <w:tcW w:w="992" w:type="pct"/>
          </w:tcPr>
          <w:p w14:paraId="5C26DD90" w14:textId="77777777" w:rsidR="00EB46AA" w:rsidRPr="00505F1F" w:rsidRDefault="008F62DE" w:rsidP="0009675B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Meta al finalizar el proyecto API</w:t>
            </w:r>
            <w:r w:rsidR="0009675B"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 Interdisciplinaria </w:t>
            </w:r>
          </w:p>
        </w:tc>
        <w:tc>
          <w:tcPr>
            <w:tcW w:w="843" w:type="pct"/>
          </w:tcPr>
          <w:p w14:paraId="5A0ED2E0" w14:textId="77777777" w:rsidR="00EB46AA" w:rsidRPr="00505F1F" w:rsidRDefault="008F62DE" w:rsidP="0009675B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Fecha de cumplimiento</w:t>
            </w:r>
          </w:p>
        </w:tc>
      </w:tr>
      <w:tr w:rsidR="008F62DE" w:rsidRPr="00505F1F" w14:paraId="16D22A28" w14:textId="77777777" w:rsidTr="002762EA">
        <w:tc>
          <w:tcPr>
            <w:tcW w:w="838" w:type="pct"/>
            <w:vMerge w:val="restart"/>
          </w:tcPr>
          <w:p w14:paraId="3378310B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General</w:t>
            </w:r>
          </w:p>
        </w:tc>
        <w:tc>
          <w:tcPr>
            <w:tcW w:w="1534" w:type="pct"/>
          </w:tcPr>
          <w:p w14:paraId="24FE3263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N° de investigadores</w:t>
            </w:r>
          </w:p>
        </w:tc>
        <w:tc>
          <w:tcPr>
            <w:tcW w:w="792" w:type="pct"/>
          </w:tcPr>
          <w:p w14:paraId="46DFCD11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12CADB7F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0B535435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77223570" w14:textId="77777777" w:rsidTr="002762EA">
        <w:tc>
          <w:tcPr>
            <w:tcW w:w="838" w:type="pct"/>
            <w:vMerge/>
          </w:tcPr>
          <w:p w14:paraId="17A7FD27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22A7729F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N° de investigadores asociados</w:t>
            </w:r>
          </w:p>
        </w:tc>
        <w:tc>
          <w:tcPr>
            <w:tcW w:w="792" w:type="pct"/>
          </w:tcPr>
          <w:p w14:paraId="0CE5131C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4B1AC860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5D85F559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238585EC" w14:textId="77777777" w:rsidTr="002762EA">
        <w:tc>
          <w:tcPr>
            <w:tcW w:w="838" w:type="pct"/>
            <w:vMerge w:val="restart"/>
          </w:tcPr>
          <w:p w14:paraId="76690F48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Resultados específicos</w:t>
            </w:r>
          </w:p>
        </w:tc>
        <w:tc>
          <w:tcPr>
            <w:tcW w:w="1534" w:type="pct"/>
          </w:tcPr>
          <w:p w14:paraId="377C3844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publicaciones en WoS</w:t>
            </w:r>
            <w:r w:rsidR="00C5780A"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/Scopus/SciELO</w:t>
            </w:r>
          </w:p>
        </w:tc>
        <w:tc>
          <w:tcPr>
            <w:tcW w:w="792" w:type="pct"/>
          </w:tcPr>
          <w:p w14:paraId="33874CF7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68A06569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6C5F6A7F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79AEF1B3" w14:textId="77777777" w:rsidTr="002762EA">
        <w:tc>
          <w:tcPr>
            <w:tcW w:w="838" w:type="pct"/>
            <w:vMerge/>
          </w:tcPr>
          <w:p w14:paraId="546F64E8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507EFEA2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publicaciones con comité editorial</w:t>
            </w:r>
          </w:p>
        </w:tc>
        <w:tc>
          <w:tcPr>
            <w:tcW w:w="792" w:type="pct"/>
          </w:tcPr>
          <w:p w14:paraId="32FB6B56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72519DF4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40258011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66C58578" w14:textId="77777777" w:rsidTr="002762EA">
        <w:tc>
          <w:tcPr>
            <w:tcW w:w="838" w:type="pct"/>
            <w:vMerge/>
          </w:tcPr>
          <w:p w14:paraId="477B64F3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63DCA11B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publicaciones conjuntas con colaboración internacional</w:t>
            </w:r>
          </w:p>
        </w:tc>
        <w:tc>
          <w:tcPr>
            <w:tcW w:w="792" w:type="pct"/>
          </w:tcPr>
          <w:p w14:paraId="221D790E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5FB9C54E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74D33C84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22CA24C9" w14:textId="77777777" w:rsidTr="002762EA">
        <w:tc>
          <w:tcPr>
            <w:tcW w:w="838" w:type="pct"/>
            <w:vMerge/>
          </w:tcPr>
          <w:p w14:paraId="429E2DA0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49493595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N° de libros</w:t>
            </w:r>
          </w:p>
        </w:tc>
        <w:tc>
          <w:tcPr>
            <w:tcW w:w="792" w:type="pct"/>
          </w:tcPr>
          <w:p w14:paraId="18996288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4F65C73C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0E991BBF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410E2CDA" w14:textId="77777777" w:rsidTr="002762EA">
        <w:tc>
          <w:tcPr>
            <w:tcW w:w="838" w:type="pct"/>
            <w:vMerge/>
          </w:tcPr>
          <w:p w14:paraId="3FF207EA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43266E21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capítulos de libros</w:t>
            </w:r>
          </w:p>
        </w:tc>
        <w:tc>
          <w:tcPr>
            <w:tcW w:w="792" w:type="pct"/>
          </w:tcPr>
          <w:p w14:paraId="345BC4D3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3F9AAE84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2C25CBF4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3B75CC35" w14:textId="77777777" w:rsidTr="002762EA">
        <w:tc>
          <w:tcPr>
            <w:tcW w:w="838" w:type="pct"/>
            <w:vMerge/>
          </w:tcPr>
          <w:p w14:paraId="57DB7F89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1AB88A88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ponencias en congresos nacionales</w:t>
            </w:r>
          </w:p>
        </w:tc>
        <w:tc>
          <w:tcPr>
            <w:tcW w:w="792" w:type="pct"/>
          </w:tcPr>
          <w:p w14:paraId="34A73C21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0EBA84B9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248272AB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51AFFA1F" w14:textId="77777777" w:rsidTr="002762EA">
        <w:tc>
          <w:tcPr>
            <w:tcW w:w="838" w:type="pct"/>
            <w:vMerge/>
          </w:tcPr>
          <w:p w14:paraId="3127EF09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640A07AE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ponencias en congresos internacionales</w:t>
            </w:r>
          </w:p>
        </w:tc>
        <w:tc>
          <w:tcPr>
            <w:tcW w:w="792" w:type="pct"/>
          </w:tcPr>
          <w:p w14:paraId="6FD58F20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6EE0B48F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3D7BCE8E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5596C773" w14:textId="77777777" w:rsidTr="002762EA">
        <w:tc>
          <w:tcPr>
            <w:tcW w:w="838" w:type="pct"/>
            <w:vMerge w:val="restart"/>
          </w:tcPr>
          <w:p w14:paraId="671B5D9D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Resultados académicos</w:t>
            </w:r>
          </w:p>
        </w:tc>
        <w:tc>
          <w:tcPr>
            <w:tcW w:w="1534" w:type="pct"/>
          </w:tcPr>
          <w:p w14:paraId="1FE32E86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tesis de magíster</w:t>
            </w:r>
          </w:p>
        </w:tc>
        <w:tc>
          <w:tcPr>
            <w:tcW w:w="792" w:type="pct"/>
          </w:tcPr>
          <w:p w14:paraId="697C8007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684872F8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3E6F798C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698B79DF" w14:textId="77777777" w:rsidTr="002762EA">
        <w:tc>
          <w:tcPr>
            <w:tcW w:w="838" w:type="pct"/>
            <w:vMerge/>
          </w:tcPr>
          <w:p w14:paraId="146E6D95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6B6EA8B2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tesis de doctorado</w:t>
            </w:r>
          </w:p>
        </w:tc>
        <w:tc>
          <w:tcPr>
            <w:tcW w:w="792" w:type="pct"/>
          </w:tcPr>
          <w:p w14:paraId="0F4A9E04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3C9CC1EA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64C80C44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2F6E7774" w14:textId="77777777" w:rsidTr="002762EA">
        <w:tc>
          <w:tcPr>
            <w:tcW w:w="838" w:type="pct"/>
            <w:vMerge w:val="restart"/>
          </w:tcPr>
          <w:p w14:paraId="26CF52CE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Colaboración</w:t>
            </w:r>
            <w:r w:rsidR="00C5780A"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 nacional e </w:t>
            </w: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 xml:space="preserve"> internacional</w:t>
            </w:r>
          </w:p>
        </w:tc>
        <w:tc>
          <w:tcPr>
            <w:tcW w:w="1534" w:type="pct"/>
          </w:tcPr>
          <w:p w14:paraId="7AA866CC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proyectos en colaboración nacional</w:t>
            </w:r>
          </w:p>
        </w:tc>
        <w:tc>
          <w:tcPr>
            <w:tcW w:w="792" w:type="pct"/>
          </w:tcPr>
          <w:p w14:paraId="297CA8A1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2E5E0088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6747254A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8F62DE" w:rsidRPr="00505F1F" w14:paraId="1BA26FFA" w14:textId="77777777" w:rsidTr="002762EA">
        <w:tc>
          <w:tcPr>
            <w:tcW w:w="838" w:type="pct"/>
            <w:vMerge/>
          </w:tcPr>
          <w:p w14:paraId="3BE96260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036FD06D" w14:textId="77777777" w:rsidR="008F62DE" w:rsidRPr="00505F1F" w:rsidRDefault="008F62DE" w:rsidP="008F62DE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proyectos en colaboración internacional</w:t>
            </w:r>
          </w:p>
        </w:tc>
        <w:tc>
          <w:tcPr>
            <w:tcW w:w="792" w:type="pct"/>
          </w:tcPr>
          <w:p w14:paraId="739B8703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30977EBE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3EE61438" w14:textId="77777777" w:rsidR="008F62DE" w:rsidRPr="00505F1F" w:rsidRDefault="008F62DE" w:rsidP="008F62DE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2762EA" w:rsidRPr="00505F1F" w14:paraId="2A30894E" w14:textId="77777777" w:rsidTr="002762EA">
        <w:tc>
          <w:tcPr>
            <w:tcW w:w="838" w:type="pct"/>
            <w:vMerge/>
          </w:tcPr>
          <w:p w14:paraId="41AE962C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61C3F358" w14:textId="77777777" w:rsidR="002762EA" w:rsidRPr="00505F1F" w:rsidRDefault="002762EA" w:rsidP="0040523D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 xml:space="preserve">N° de </w:t>
            </w:r>
            <w:r w:rsidR="0040523D"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 xml:space="preserve">acciones conjuntas realizadas con </w:t>
            </w: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entidades públicas.</w:t>
            </w:r>
          </w:p>
        </w:tc>
        <w:tc>
          <w:tcPr>
            <w:tcW w:w="792" w:type="pct"/>
          </w:tcPr>
          <w:p w14:paraId="355B5D3F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0D151168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7C497C3F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2762EA" w:rsidRPr="00505F1F" w14:paraId="7027CE7A" w14:textId="77777777" w:rsidTr="002762EA">
        <w:tc>
          <w:tcPr>
            <w:tcW w:w="838" w:type="pct"/>
            <w:vMerge/>
          </w:tcPr>
          <w:p w14:paraId="23103819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1534" w:type="pct"/>
          </w:tcPr>
          <w:p w14:paraId="4044EADA" w14:textId="77777777" w:rsidR="002762EA" w:rsidRPr="00505F1F" w:rsidRDefault="0040523D" w:rsidP="0040523D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N° de acciones conjuntas realizadas con entidades privadas.</w:t>
            </w:r>
          </w:p>
        </w:tc>
        <w:tc>
          <w:tcPr>
            <w:tcW w:w="792" w:type="pct"/>
          </w:tcPr>
          <w:p w14:paraId="2EF289E2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29A07107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0B1CEFCA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2762EA" w:rsidRPr="00505F1F" w14:paraId="091BCD82" w14:textId="77777777" w:rsidTr="002762EA">
        <w:tc>
          <w:tcPr>
            <w:tcW w:w="838" w:type="pct"/>
          </w:tcPr>
          <w:p w14:paraId="42292411" w14:textId="77777777" w:rsidR="002762EA" w:rsidRPr="00505F1F" w:rsidRDefault="008817D5" w:rsidP="008817D5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Adjudicación de recursos competitivos externos (regionales, nacionales o internacionales)</w:t>
            </w:r>
          </w:p>
        </w:tc>
        <w:tc>
          <w:tcPr>
            <w:tcW w:w="1534" w:type="pct"/>
          </w:tcPr>
          <w:p w14:paraId="3F5982DB" w14:textId="77777777" w:rsidR="002762EA" w:rsidRPr="00505F1F" w:rsidRDefault="002762EA" w:rsidP="008817D5">
            <w:pPr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Fondos de investigación adjudicados (</w:t>
            </w:r>
            <w:r w:rsidR="008817D5"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M</w:t>
            </w:r>
            <w:r w:rsidRPr="00505F1F">
              <w:rPr>
                <w:rFonts w:asciiTheme="majorHAnsi" w:hAnsiTheme="majorHAnsi" w:cstheme="majorHAnsi"/>
                <w:color w:val="000000"/>
                <w:sz w:val="24"/>
                <w:szCs w:val="24"/>
                <w:lang w:val="es-CL"/>
              </w:rPr>
              <w:t>$)</w:t>
            </w:r>
          </w:p>
        </w:tc>
        <w:tc>
          <w:tcPr>
            <w:tcW w:w="792" w:type="pct"/>
          </w:tcPr>
          <w:p w14:paraId="67FDEDDD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992" w:type="pct"/>
          </w:tcPr>
          <w:p w14:paraId="139B1D1E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843" w:type="pct"/>
          </w:tcPr>
          <w:p w14:paraId="40B8B59B" w14:textId="77777777" w:rsidR="002762EA" w:rsidRPr="00505F1F" w:rsidRDefault="002762EA" w:rsidP="002762EA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0AA7B1AC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5E57C4DC" w14:textId="77777777" w:rsidR="008F62DE" w:rsidRPr="00505F1F" w:rsidRDefault="0009675B" w:rsidP="00505F1F">
      <w:pPr>
        <w:jc w:val="both"/>
        <w:rPr>
          <w:rFonts w:asciiTheme="majorHAnsi" w:hAnsiTheme="majorHAnsi" w:cstheme="majorHAnsi"/>
          <w:b/>
          <w:sz w:val="28"/>
          <w:szCs w:val="24"/>
          <w:lang w:val="es-CL"/>
        </w:rPr>
      </w:pPr>
      <w:r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lastRenderedPageBreak/>
        <w:t xml:space="preserve">5. PERFIL DE </w:t>
      </w:r>
      <w:r w:rsidR="00B9793F"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t xml:space="preserve">PRINCIPALES </w:t>
      </w:r>
      <w:r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t>PROYECTO</w:t>
      </w:r>
      <w:r w:rsidR="00B9793F"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t>S EXTERNOS QUE SERÁN POSTULADOS DESDE LA API</w:t>
      </w:r>
      <w:r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t xml:space="preserve"> </w:t>
      </w:r>
    </w:p>
    <w:p w14:paraId="682820A8" w14:textId="77777777" w:rsidR="00AB6ED7" w:rsidRPr="00505F1F" w:rsidRDefault="008F62DE" w:rsidP="009B24A9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Describa el te</w:t>
      </w:r>
      <w:r w:rsidR="00B9793F" w:rsidRPr="00505F1F">
        <w:rPr>
          <w:rFonts w:asciiTheme="majorHAnsi" w:hAnsiTheme="majorHAnsi" w:cstheme="majorHAnsi"/>
          <w:sz w:val="24"/>
          <w:szCs w:val="24"/>
          <w:lang w:val="es-CL"/>
        </w:rPr>
        <w:t>ma y la estructura de las principales postulaciones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que se presentará</w:t>
      </w:r>
      <w:r w:rsidR="00B9793F" w:rsidRPr="00505F1F">
        <w:rPr>
          <w:rFonts w:asciiTheme="majorHAnsi" w:hAnsiTheme="majorHAnsi" w:cstheme="majorHAnsi"/>
          <w:sz w:val="24"/>
          <w:szCs w:val="24"/>
          <w:lang w:val="es-CL"/>
        </w:rPr>
        <w:t>n durante el período de tres</w:t>
      </w: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años.</w:t>
      </w:r>
      <w:r w:rsidR="00B9793F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(Ejemplo: CORFO, ANID, FONDEF, Fondos Regionales, FONDECYT, Programa Milenio, Proyectos Anillo, Horizonte Europa, etc.).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68"/>
        <w:gridCol w:w="5648"/>
      </w:tblGrid>
      <w:tr w:rsidR="009B24A9" w:rsidRPr="00505F1F" w14:paraId="70C07D5D" w14:textId="77777777" w:rsidTr="009B24A9">
        <w:tc>
          <w:tcPr>
            <w:tcW w:w="3681" w:type="dxa"/>
          </w:tcPr>
          <w:p w14:paraId="6679CD15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Nombre del proyecto</w:t>
            </w:r>
          </w:p>
          <w:p w14:paraId="69BD88BA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27332934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6A6A975F" w14:textId="77777777" w:rsidTr="009B24A9">
        <w:tc>
          <w:tcPr>
            <w:tcW w:w="3681" w:type="dxa"/>
          </w:tcPr>
          <w:p w14:paraId="239651F2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Área de investigación</w:t>
            </w:r>
          </w:p>
          <w:p w14:paraId="58D27FD0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1E7E32AB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198ECE8C" w14:textId="77777777" w:rsidTr="009B24A9">
        <w:tc>
          <w:tcPr>
            <w:tcW w:w="3681" w:type="dxa"/>
          </w:tcPr>
          <w:p w14:paraId="163DFBC5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Departamentos o Centros participantes</w:t>
            </w:r>
          </w:p>
          <w:p w14:paraId="62F06964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3C07FD57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2302A41A" w14:textId="77777777" w:rsidTr="009B24A9">
        <w:tc>
          <w:tcPr>
            <w:tcW w:w="3681" w:type="dxa"/>
          </w:tcPr>
          <w:p w14:paraId="16967F78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principal</w:t>
            </w:r>
          </w:p>
          <w:p w14:paraId="26A4D152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1BFF0F82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0924AA76" w14:textId="77777777" w:rsidTr="009B24A9">
        <w:tc>
          <w:tcPr>
            <w:tcW w:w="3681" w:type="dxa"/>
          </w:tcPr>
          <w:p w14:paraId="375E43ED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Objetivo específico</w:t>
            </w:r>
          </w:p>
          <w:p w14:paraId="3660A3B4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34750A9B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3A531029" w14:textId="77777777" w:rsidTr="009B24A9">
        <w:tc>
          <w:tcPr>
            <w:tcW w:w="3681" w:type="dxa"/>
          </w:tcPr>
          <w:p w14:paraId="5EAC35A6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Actividades principales</w:t>
            </w:r>
          </w:p>
          <w:p w14:paraId="0F9317C5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19039AB7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226DE998" w14:textId="77777777" w:rsidTr="009B24A9">
        <w:tc>
          <w:tcPr>
            <w:tcW w:w="3681" w:type="dxa"/>
          </w:tcPr>
          <w:p w14:paraId="1F9FB8C8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Principales resultados y productos</w:t>
            </w:r>
          </w:p>
          <w:p w14:paraId="4D8099DC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864"/>
              <w:gridCol w:w="2409"/>
            </w:tblGrid>
            <w:tr w:rsidR="009B24A9" w:rsidRPr="00505F1F" w14:paraId="7D633B10" w14:textId="77777777" w:rsidTr="009B24A9">
              <w:tc>
                <w:tcPr>
                  <w:tcW w:w="2864" w:type="dxa"/>
                </w:tcPr>
                <w:p w14:paraId="599B7885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  <w:r w:rsidRPr="00505F1F"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  <w:t>Resultados</w:t>
                  </w:r>
                </w:p>
              </w:tc>
              <w:tc>
                <w:tcPr>
                  <w:tcW w:w="2409" w:type="dxa"/>
                </w:tcPr>
                <w:p w14:paraId="3C6B59DD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  <w:r w:rsidRPr="00505F1F"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  <w:t>Productos</w:t>
                  </w:r>
                </w:p>
              </w:tc>
            </w:tr>
            <w:tr w:rsidR="009B24A9" w:rsidRPr="00505F1F" w14:paraId="53EA1C3A" w14:textId="77777777" w:rsidTr="009B24A9">
              <w:tc>
                <w:tcPr>
                  <w:tcW w:w="2864" w:type="dxa"/>
                </w:tcPr>
                <w:p w14:paraId="62DDD576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2409" w:type="dxa"/>
                </w:tcPr>
                <w:p w14:paraId="73530B6C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9B24A9" w:rsidRPr="00505F1F" w14:paraId="52E78284" w14:textId="77777777" w:rsidTr="009B24A9">
              <w:tc>
                <w:tcPr>
                  <w:tcW w:w="2864" w:type="dxa"/>
                </w:tcPr>
                <w:p w14:paraId="5749CFC9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2409" w:type="dxa"/>
                </w:tcPr>
                <w:p w14:paraId="45B52F61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9B24A9" w:rsidRPr="00505F1F" w14:paraId="2EEA2BA7" w14:textId="77777777" w:rsidTr="009B24A9">
              <w:tc>
                <w:tcPr>
                  <w:tcW w:w="2864" w:type="dxa"/>
                </w:tcPr>
                <w:p w14:paraId="1686D979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2409" w:type="dxa"/>
                </w:tcPr>
                <w:p w14:paraId="4E51B06D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9B24A9" w:rsidRPr="00505F1F" w14:paraId="6C3669D6" w14:textId="77777777" w:rsidTr="009B24A9">
              <w:tc>
                <w:tcPr>
                  <w:tcW w:w="2864" w:type="dxa"/>
                </w:tcPr>
                <w:p w14:paraId="68996847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2409" w:type="dxa"/>
                </w:tcPr>
                <w:p w14:paraId="604257FD" w14:textId="77777777" w:rsidR="009B24A9" w:rsidRPr="00505F1F" w:rsidRDefault="009B24A9" w:rsidP="009B24A9">
                  <w:pPr>
                    <w:rPr>
                      <w:rFonts w:asciiTheme="majorHAnsi" w:hAnsiTheme="majorHAnsi" w:cstheme="majorHAnsi"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7E872A47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  <w:tr w:rsidR="009B24A9" w:rsidRPr="00505F1F" w14:paraId="7AAD5CE3" w14:textId="77777777" w:rsidTr="009B24A9">
        <w:tc>
          <w:tcPr>
            <w:tcW w:w="3681" w:type="dxa"/>
          </w:tcPr>
          <w:p w14:paraId="6DA7332C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  <w:r w:rsidRPr="00505F1F">
              <w:rPr>
                <w:rFonts w:asciiTheme="majorHAnsi" w:hAnsiTheme="majorHAnsi" w:cstheme="majorHAnsi"/>
                <w:sz w:val="24"/>
                <w:szCs w:val="24"/>
                <w:lang w:val="es-CL"/>
              </w:rPr>
              <w:t>Instituciones Asociadas</w:t>
            </w:r>
          </w:p>
          <w:p w14:paraId="42631FB6" w14:textId="77777777" w:rsidR="00DF46BA" w:rsidRDefault="00DF46BA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  <w:p w14:paraId="6FC4655A" w14:textId="77777777" w:rsidR="00505F1F" w:rsidRPr="00505F1F" w:rsidRDefault="00505F1F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  <w:tc>
          <w:tcPr>
            <w:tcW w:w="5669" w:type="dxa"/>
          </w:tcPr>
          <w:p w14:paraId="5C711E89" w14:textId="77777777" w:rsidR="009B24A9" w:rsidRPr="00505F1F" w:rsidRDefault="009B24A9" w:rsidP="009B24A9">
            <w:pPr>
              <w:rPr>
                <w:rFonts w:asciiTheme="majorHAnsi" w:hAnsiTheme="majorHAnsi" w:cstheme="majorHAnsi"/>
                <w:sz w:val="24"/>
                <w:szCs w:val="24"/>
                <w:lang w:val="es-CL"/>
              </w:rPr>
            </w:pPr>
          </w:p>
        </w:tc>
      </w:tr>
    </w:tbl>
    <w:p w14:paraId="67D1589D" w14:textId="77777777" w:rsidR="006A5C47" w:rsidRPr="00505F1F" w:rsidRDefault="006A5C4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65416B74" w14:textId="77777777" w:rsidR="009B24A9" w:rsidRPr="00505F1F" w:rsidRDefault="009B24A9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19C43AFA" w14:textId="77777777" w:rsidR="006A5C47" w:rsidRPr="00505F1F" w:rsidRDefault="006A5C47">
      <w:pPr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</w:pPr>
      <w:r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br w:type="page"/>
      </w:r>
    </w:p>
    <w:p w14:paraId="181749A3" w14:textId="77777777" w:rsidR="00AB6ED7" w:rsidRPr="00505F1F" w:rsidRDefault="0009675B">
      <w:pPr>
        <w:rPr>
          <w:rFonts w:asciiTheme="majorHAnsi" w:hAnsiTheme="majorHAnsi" w:cstheme="majorHAnsi"/>
          <w:b/>
          <w:sz w:val="28"/>
          <w:szCs w:val="24"/>
          <w:lang w:val="es-CL"/>
        </w:rPr>
      </w:pPr>
      <w:r w:rsidRPr="00505F1F">
        <w:rPr>
          <w:rFonts w:asciiTheme="majorHAnsi" w:hAnsiTheme="majorHAnsi" w:cstheme="majorHAnsi"/>
          <w:b/>
          <w:sz w:val="28"/>
          <w:szCs w:val="24"/>
          <w:highlight w:val="lightGray"/>
          <w:lang w:val="es-CL"/>
        </w:rPr>
        <w:lastRenderedPageBreak/>
        <w:t>6. PRESUPUESTO</w:t>
      </w:r>
    </w:p>
    <w:p w14:paraId="5070AA43" w14:textId="77777777" w:rsidR="00AB6ED7" w:rsidRPr="00505F1F" w:rsidRDefault="00EB46AA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6.1 Presupuesto detallado</w:t>
      </w:r>
      <w:r w:rsidR="009B24A9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(Completar en Excel)</w:t>
      </w:r>
      <w:r w:rsidR="001D5A6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. </w:t>
      </w:r>
    </w:p>
    <w:p w14:paraId="0D40A116" w14:textId="77777777" w:rsidR="001D5A6B" w:rsidRPr="00505F1F" w:rsidRDefault="001D5A6B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Es importante considerar que la planilla Excel de la Carta Gantt está vinculada a la planilla del Presupuesto, por lo tanto, al completar la primera, todos sus componentes aparecerán en la pestaña de presupuesto los cuales sólo deberán ser valorizados en cada caso.  </w:t>
      </w:r>
    </w:p>
    <w:p w14:paraId="03708D2E" w14:textId="77777777" w:rsidR="009B24A9" w:rsidRPr="00505F1F" w:rsidRDefault="00EB46AA" w:rsidP="00A8507D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505F1F">
        <w:rPr>
          <w:rFonts w:asciiTheme="majorHAnsi" w:hAnsiTheme="majorHAnsi" w:cstheme="majorHAnsi"/>
          <w:sz w:val="24"/>
          <w:szCs w:val="24"/>
          <w:lang w:val="es-CL"/>
        </w:rPr>
        <w:t>6.2 Descripción del presupuesto</w:t>
      </w:r>
      <w:r w:rsidR="00A8507D" w:rsidRPr="00505F1F">
        <w:rPr>
          <w:rFonts w:asciiTheme="majorHAnsi" w:hAnsiTheme="majorHAnsi" w:cstheme="majorHAnsi"/>
          <w:sz w:val="24"/>
          <w:szCs w:val="24"/>
          <w:lang w:val="es-CL"/>
        </w:rPr>
        <w:t>:</w:t>
      </w:r>
      <w:r w:rsidR="009B24A9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  <w:r w:rsidR="00A8507D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Describa el uso del presupuesto del </w:t>
      </w:r>
      <w:r w:rsidR="001D5A6B" w:rsidRPr="00505F1F">
        <w:rPr>
          <w:rFonts w:asciiTheme="majorHAnsi" w:hAnsiTheme="majorHAnsi" w:cstheme="majorHAnsi"/>
          <w:sz w:val="24"/>
          <w:szCs w:val="24"/>
          <w:lang w:val="es-CL"/>
        </w:rPr>
        <w:t>proyecto durante el período de tres</w:t>
      </w:r>
      <w:r w:rsidR="00A8507D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años. Los fondos de est</w:t>
      </w:r>
      <w:r w:rsidR="001D5A6B" w:rsidRPr="00505F1F">
        <w:rPr>
          <w:rFonts w:asciiTheme="majorHAnsi" w:hAnsiTheme="majorHAnsi" w:cstheme="majorHAnsi"/>
          <w:sz w:val="24"/>
          <w:szCs w:val="24"/>
          <w:lang w:val="es-CL"/>
        </w:rPr>
        <w:t>e instrumento interno de financiamiento</w:t>
      </w:r>
      <w:r w:rsidR="00A8507D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no se pueden utilizar para otorgar incentivos a los participantes de la API</w:t>
      </w:r>
      <w:r w:rsidR="0009675B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Interdisciplinaria</w:t>
      </w:r>
      <w:r w:rsidR="00A8507D" w:rsidRPr="00505F1F">
        <w:rPr>
          <w:rFonts w:asciiTheme="majorHAnsi" w:hAnsiTheme="majorHAnsi" w:cstheme="majorHAnsi"/>
          <w:sz w:val="24"/>
          <w:szCs w:val="24"/>
          <w:lang w:val="es-CL"/>
        </w:rPr>
        <w:t>, con excepción de la información contenida en la</w:t>
      </w:r>
      <w:r w:rsidR="001D5A6B" w:rsidRPr="00505F1F">
        <w:rPr>
          <w:rFonts w:asciiTheme="majorHAnsi" w:hAnsiTheme="majorHAnsi" w:cstheme="majorHAnsi"/>
          <w:sz w:val="24"/>
          <w:szCs w:val="24"/>
          <w:lang w:val="es-CL"/>
        </w:rPr>
        <w:t>s bases de la</w:t>
      </w:r>
      <w:r w:rsidR="00A8507D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convocatoria.</w:t>
      </w:r>
      <w:r w:rsidR="007C337C" w:rsidRPr="00505F1F">
        <w:rPr>
          <w:rFonts w:asciiTheme="majorHAnsi" w:hAnsiTheme="majorHAnsi" w:cstheme="majorHAnsi"/>
          <w:sz w:val="24"/>
          <w:szCs w:val="24"/>
          <w:lang w:val="es-CL"/>
        </w:rPr>
        <w:t xml:space="preserve">  </w:t>
      </w:r>
    </w:p>
    <w:p w14:paraId="0FE4DC6E" w14:textId="77777777" w:rsidR="001D5A6B" w:rsidRPr="00505F1F" w:rsidRDefault="001D5A6B" w:rsidP="00A8507D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</w:p>
    <w:p w14:paraId="59E91CB6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5EFF4729" w14:textId="77777777" w:rsidR="00AB6ED7" w:rsidRPr="00505F1F" w:rsidRDefault="00AB6ED7">
      <w:pPr>
        <w:rPr>
          <w:rFonts w:asciiTheme="majorHAnsi" w:hAnsiTheme="majorHAnsi" w:cstheme="majorHAnsi"/>
          <w:sz w:val="24"/>
          <w:szCs w:val="24"/>
          <w:lang w:val="es-CL"/>
        </w:rPr>
      </w:pPr>
    </w:p>
    <w:sectPr w:rsidR="00AB6ED7" w:rsidRPr="00505F1F" w:rsidSect="0065424E">
      <w:footerReference w:type="default" r:id="rId14"/>
      <w:pgSz w:w="12240" w:h="15840" w:code="1"/>
      <w:pgMar w:top="1440" w:right="1304" w:bottom="1440" w:left="161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9300E" w14:textId="77777777" w:rsidR="004A6493" w:rsidRDefault="004A6493" w:rsidP="00895FB7">
      <w:pPr>
        <w:spacing w:after="0" w:line="240" w:lineRule="auto"/>
      </w:pPr>
      <w:r>
        <w:separator/>
      </w:r>
    </w:p>
  </w:endnote>
  <w:endnote w:type="continuationSeparator" w:id="0">
    <w:p w14:paraId="0E2CD0AE" w14:textId="77777777" w:rsidR="004A6493" w:rsidRDefault="004A6493" w:rsidP="0089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0856"/>
      <w:docPartObj>
        <w:docPartGallery w:val="Page Numbers (Bottom of Page)"/>
        <w:docPartUnique/>
      </w:docPartObj>
    </w:sdtPr>
    <w:sdtContent>
      <w:p w14:paraId="26D9C495" w14:textId="77777777" w:rsidR="00B9793F" w:rsidRDefault="00B9793F">
        <w:pPr>
          <w:pStyle w:val="Piedepgina"/>
          <w:jc w:val="right"/>
        </w:pPr>
        <w:r>
          <w:rPr>
            <w:noProof/>
            <w:lang w:val="es-CL" w:eastAsia="es-C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FC86A3C" wp14:editId="76A06A6B">
                  <wp:simplePos x="0" y="0"/>
                  <wp:positionH relativeFrom="column">
                    <wp:posOffset>5464175</wp:posOffset>
                  </wp:positionH>
                  <wp:positionV relativeFrom="paragraph">
                    <wp:posOffset>-1644015</wp:posOffset>
                  </wp:positionV>
                  <wp:extent cx="914400" cy="914400"/>
                  <wp:effectExtent l="0" t="0" r="0" b="0"/>
                  <wp:wrapNone/>
                  <wp:docPr id="3" name="Rectángulo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dtfl="http://schemas.microsoft.com/office/word/2024/wordml/sdtformatlock">
              <w:pict>
                <v:rect w14:anchorId="2C09A4B7" id="Rectángulo 3" o:spid="_x0000_s1026" style="position:absolute;margin-left:430.25pt;margin-top:-129.4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" fillcolor="white [3201]" stroked="f" strokeweight="2pt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05F1F" w:rsidRPr="00505F1F">
          <w:rPr>
            <w:noProof/>
            <w:lang w:val="es-ES"/>
          </w:rPr>
          <w:t>12</w:t>
        </w:r>
        <w:r>
          <w:fldChar w:fldCharType="end"/>
        </w:r>
      </w:p>
    </w:sdtContent>
  </w:sdt>
  <w:p w14:paraId="0B574C18" w14:textId="77777777" w:rsidR="00B9793F" w:rsidRDefault="00B9793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814A5" w14:textId="77777777" w:rsidR="004A6493" w:rsidRDefault="004A6493" w:rsidP="00895FB7">
      <w:pPr>
        <w:spacing w:after="0" w:line="240" w:lineRule="auto"/>
      </w:pPr>
      <w:r>
        <w:separator/>
      </w:r>
    </w:p>
  </w:footnote>
  <w:footnote w:type="continuationSeparator" w:id="0">
    <w:p w14:paraId="1199511A" w14:textId="77777777" w:rsidR="004A6493" w:rsidRDefault="004A6493" w:rsidP="00895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6F08B1"/>
    <w:multiLevelType w:val="hybridMultilevel"/>
    <w:tmpl w:val="F1B68F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FB1E">
      <w:start w:val="3"/>
      <w:numFmt w:val="bullet"/>
      <w:lvlText w:val="•"/>
      <w:lvlJc w:val="left"/>
      <w:pPr>
        <w:ind w:left="1800" w:hanging="72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19B7"/>
    <w:multiLevelType w:val="multilevel"/>
    <w:tmpl w:val="754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BA110F"/>
    <w:multiLevelType w:val="hybridMultilevel"/>
    <w:tmpl w:val="2C02A1DE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75548"/>
    <w:multiLevelType w:val="multilevel"/>
    <w:tmpl w:val="DF04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271941">
    <w:abstractNumId w:val="8"/>
  </w:num>
  <w:num w:numId="2" w16cid:durableId="366108000">
    <w:abstractNumId w:val="6"/>
  </w:num>
  <w:num w:numId="3" w16cid:durableId="159393002">
    <w:abstractNumId w:val="5"/>
  </w:num>
  <w:num w:numId="4" w16cid:durableId="1501504055">
    <w:abstractNumId w:val="4"/>
  </w:num>
  <w:num w:numId="5" w16cid:durableId="420836868">
    <w:abstractNumId w:val="7"/>
  </w:num>
  <w:num w:numId="6" w16cid:durableId="360400216">
    <w:abstractNumId w:val="3"/>
  </w:num>
  <w:num w:numId="7" w16cid:durableId="865170750">
    <w:abstractNumId w:val="2"/>
  </w:num>
  <w:num w:numId="8" w16cid:durableId="920673806">
    <w:abstractNumId w:val="1"/>
  </w:num>
  <w:num w:numId="9" w16cid:durableId="1420717040">
    <w:abstractNumId w:val="0"/>
  </w:num>
  <w:num w:numId="10" w16cid:durableId="1828009897">
    <w:abstractNumId w:val="11"/>
  </w:num>
  <w:num w:numId="11" w16cid:durableId="2127920320">
    <w:abstractNumId w:val="9"/>
  </w:num>
  <w:num w:numId="12" w16cid:durableId="204099717">
    <w:abstractNumId w:val="10"/>
  </w:num>
  <w:num w:numId="13" w16cid:durableId="3830682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53C"/>
    <w:rsid w:val="00054B9C"/>
    <w:rsid w:val="0006063C"/>
    <w:rsid w:val="0009675B"/>
    <w:rsid w:val="000B362E"/>
    <w:rsid w:val="0015074B"/>
    <w:rsid w:val="001A429C"/>
    <w:rsid w:val="001C0E18"/>
    <w:rsid w:val="001D5A6B"/>
    <w:rsid w:val="002762EA"/>
    <w:rsid w:val="0029639D"/>
    <w:rsid w:val="002F5737"/>
    <w:rsid w:val="00326F90"/>
    <w:rsid w:val="00344E6E"/>
    <w:rsid w:val="00377336"/>
    <w:rsid w:val="0040523D"/>
    <w:rsid w:val="00423F03"/>
    <w:rsid w:val="00466B55"/>
    <w:rsid w:val="004A15FF"/>
    <w:rsid w:val="004A6493"/>
    <w:rsid w:val="004E1653"/>
    <w:rsid w:val="00505F1F"/>
    <w:rsid w:val="005124C3"/>
    <w:rsid w:val="00525BC8"/>
    <w:rsid w:val="005468C6"/>
    <w:rsid w:val="005511DC"/>
    <w:rsid w:val="00580C7D"/>
    <w:rsid w:val="005C6C73"/>
    <w:rsid w:val="005E690C"/>
    <w:rsid w:val="0065424E"/>
    <w:rsid w:val="006A5C47"/>
    <w:rsid w:val="006D7E32"/>
    <w:rsid w:val="00703709"/>
    <w:rsid w:val="007C337C"/>
    <w:rsid w:val="008002EC"/>
    <w:rsid w:val="00832EC8"/>
    <w:rsid w:val="008817D5"/>
    <w:rsid w:val="008838B5"/>
    <w:rsid w:val="00895FB7"/>
    <w:rsid w:val="008A5538"/>
    <w:rsid w:val="008F62DE"/>
    <w:rsid w:val="009134CE"/>
    <w:rsid w:val="00951F0F"/>
    <w:rsid w:val="00953477"/>
    <w:rsid w:val="00963881"/>
    <w:rsid w:val="009B24A9"/>
    <w:rsid w:val="00A00888"/>
    <w:rsid w:val="00A8507D"/>
    <w:rsid w:val="00AA1D8D"/>
    <w:rsid w:val="00AB6ED7"/>
    <w:rsid w:val="00B47730"/>
    <w:rsid w:val="00B8236C"/>
    <w:rsid w:val="00B92E58"/>
    <w:rsid w:val="00B9793F"/>
    <w:rsid w:val="00C23E36"/>
    <w:rsid w:val="00C5780A"/>
    <w:rsid w:val="00C756D4"/>
    <w:rsid w:val="00CB0664"/>
    <w:rsid w:val="00CF4D4F"/>
    <w:rsid w:val="00D0114A"/>
    <w:rsid w:val="00DB65D0"/>
    <w:rsid w:val="00DF46BA"/>
    <w:rsid w:val="00EB46AA"/>
    <w:rsid w:val="00F81AD1"/>
    <w:rsid w:val="00FB0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EDA0DD"/>
  <w14:defaultImageDpi w14:val="300"/>
  <w15:docId w15:val="{4769EB98-114A-47CB-9068-EBCA0B39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fi">
    <w:name w:val="Sofi"/>
    <w:basedOn w:val="Normal"/>
    <w:link w:val="SofiCar"/>
    <w:qFormat/>
    <w:rsid w:val="001A429C"/>
    <w:pPr>
      <w:framePr w:wrap="around" w:vAnchor="text" w:hAnchor="text" w:y="1"/>
    </w:pPr>
    <w:rPr>
      <w:rFonts w:asciiTheme="majorHAnsi" w:hAnsiTheme="majorHAnsi" w:cstheme="majorHAnsi"/>
      <w:b/>
      <w:sz w:val="28"/>
      <w:szCs w:val="24"/>
      <w:lang w:val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E69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CL" w:eastAsia="es-CL"/>
    </w:rPr>
  </w:style>
  <w:style w:type="character" w:customStyle="1" w:styleId="SofiCar">
    <w:name w:val="Sofi Car"/>
    <w:basedOn w:val="Fuentedeprrafopredeter"/>
    <w:link w:val="Sofi"/>
    <w:rsid w:val="001A429C"/>
    <w:rPr>
      <w:rFonts w:asciiTheme="majorHAnsi" w:hAnsiTheme="majorHAnsi" w:cstheme="majorHAnsi"/>
      <w:b/>
      <w:sz w:val="28"/>
      <w:szCs w:val="24"/>
      <w:lang w:val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E690C"/>
    <w:rPr>
      <w:rFonts w:ascii="Courier New" w:eastAsia="Times New Roman" w:hAnsi="Courier New" w:cs="Courier New"/>
      <w:sz w:val="20"/>
      <w:szCs w:val="20"/>
      <w:lang w:val="es-CL" w:eastAsia="es-CL"/>
    </w:rPr>
  </w:style>
  <w:style w:type="character" w:customStyle="1" w:styleId="y2iqfc">
    <w:name w:val="y2iqfc"/>
    <w:basedOn w:val="Fuentedeprrafopredeter"/>
    <w:rsid w:val="005E690C"/>
  </w:style>
  <w:style w:type="paragraph" w:styleId="Textodeglobo">
    <w:name w:val="Balloon Text"/>
    <w:basedOn w:val="Normal"/>
    <w:link w:val="TextodegloboCar"/>
    <w:uiPriority w:val="99"/>
    <w:semiHidden/>
    <w:unhideWhenUsed/>
    <w:rsid w:val="00D01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14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54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2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E33F099-1941-41FF-AD4B-A523356E242F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L"/>
        </a:p>
      </dgm:t>
    </dgm:pt>
    <dgm:pt modelId="{C9D50B8D-EFD4-4918-9667-9AFB4930E030}">
      <dgm:prSet phldrT="[Texto]" custT="1"/>
      <dgm:spPr/>
      <dgm:t>
        <a:bodyPr/>
        <a:lstStyle/>
        <a:p>
          <a:r>
            <a:rPr lang="es-CL" sz="1200"/>
            <a:t>Consejo</a:t>
          </a:r>
        </a:p>
      </dgm:t>
    </dgm:pt>
    <dgm:pt modelId="{26D4E5D5-9A69-49FB-9ABC-0D1C5E9BF4F6}" type="parTrans" cxnId="{BCA17E01-F3D8-4CA9-939B-F48E1A5C4119}">
      <dgm:prSet/>
      <dgm:spPr/>
      <dgm:t>
        <a:bodyPr/>
        <a:lstStyle/>
        <a:p>
          <a:endParaRPr lang="es-CL" sz="1200"/>
        </a:p>
      </dgm:t>
    </dgm:pt>
    <dgm:pt modelId="{0652062C-2BBC-49A9-8B1F-BE5BDF32BC71}" type="sibTrans" cxnId="{BCA17E01-F3D8-4CA9-939B-F48E1A5C4119}">
      <dgm:prSet custT="1"/>
      <dgm:spPr/>
      <dgm:t>
        <a:bodyPr/>
        <a:lstStyle/>
        <a:p>
          <a:endParaRPr lang="es-CL" sz="600"/>
        </a:p>
      </dgm:t>
    </dgm:pt>
    <dgm:pt modelId="{EC6F2F24-D554-4471-BC03-588ABDDB315D}">
      <dgm:prSet phldrT="[Texto]" custT="1"/>
      <dgm:spPr/>
      <dgm:t>
        <a:bodyPr/>
        <a:lstStyle/>
        <a:p>
          <a:r>
            <a:rPr lang="es-CL" sz="1200"/>
            <a:t>Línea 1</a:t>
          </a:r>
        </a:p>
      </dgm:t>
    </dgm:pt>
    <dgm:pt modelId="{6F310687-471F-46AC-93E1-5CA6ADF08B97}" type="parTrans" cxnId="{0399A9B6-9117-4C13-8FAA-654FBCAE7B1F}">
      <dgm:prSet/>
      <dgm:spPr/>
      <dgm:t>
        <a:bodyPr/>
        <a:lstStyle/>
        <a:p>
          <a:endParaRPr lang="es-CL" sz="1200"/>
        </a:p>
      </dgm:t>
    </dgm:pt>
    <dgm:pt modelId="{7C9B0FF7-1EE6-4ED1-88DE-9BEAD6199131}" type="sibTrans" cxnId="{0399A9B6-9117-4C13-8FAA-654FBCAE7B1F}">
      <dgm:prSet custT="1"/>
      <dgm:spPr/>
      <dgm:t>
        <a:bodyPr/>
        <a:lstStyle/>
        <a:p>
          <a:endParaRPr lang="es-CL" sz="600"/>
        </a:p>
      </dgm:t>
    </dgm:pt>
    <dgm:pt modelId="{1CE27770-1EDE-4660-B3CE-2BBC78FE0E37}">
      <dgm:prSet phldrT="[Texto]" custT="1"/>
      <dgm:spPr/>
      <dgm:t>
        <a:bodyPr/>
        <a:lstStyle/>
        <a:p>
          <a:r>
            <a:rPr lang="es-CL" sz="1200"/>
            <a:t>Linea 2</a:t>
          </a:r>
        </a:p>
      </dgm:t>
    </dgm:pt>
    <dgm:pt modelId="{5B8CADFE-25E8-47A3-BE97-A6FDF763F6B4}" type="parTrans" cxnId="{EE5C6EAA-4F1C-4ABC-AF1C-2906B56FD8E7}">
      <dgm:prSet/>
      <dgm:spPr/>
      <dgm:t>
        <a:bodyPr/>
        <a:lstStyle/>
        <a:p>
          <a:endParaRPr lang="es-CL" sz="1200"/>
        </a:p>
      </dgm:t>
    </dgm:pt>
    <dgm:pt modelId="{0C4FBE95-C270-440A-9383-D169A7E91FCD}" type="sibTrans" cxnId="{EE5C6EAA-4F1C-4ABC-AF1C-2906B56FD8E7}">
      <dgm:prSet custT="1"/>
      <dgm:spPr/>
      <dgm:t>
        <a:bodyPr/>
        <a:lstStyle/>
        <a:p>
          <a:endParaRPr lang="es-CL" sz="600"/>
        </a:p>
      </dgm:t>
    </dgm:pt>
    <dgm:pt modelId="{741573EB-B4A8-4817-8681-750B3D3A4AB0}" type="asst">
      <dgm:prSet custT="1"/>
      <dgm:spPr/>
      <dgm:t>
        <a:bodyPr/>
        <a:lstStyle/>
        <a:p>
          <a:r>
            <a:rPr lang="es-CL" sz="1200"/>
            <a:t>Investigador 1</a:t>
          </a:r>
        </a:p>
      </dgm:t>
    </dgm:pt>
    <dgm:pt modelId="{85BCF604-9442-49B4-BD59-16440EE587CB}" type="parTrans" cxnId="{DC9C5257-32DC-4049-8BB5-D0863E2D8D21}">
      <dgm:prSet/>
      <dgm:spPr/>
      <dgm:t>
        <a:bodyPr/>
        <a:lstStyle/>
        <a:p>
          <a:endParaRPr lang="es-CL" sz="1200"/>
        </a:p>
      </dgm:t>
    </dgm:pt>
    <dgm:pt modelId="{E67DACEE-C025-4F2C-B58C-E71914240536}" type="sibTrans" cxnId="{DC9C5257-32DC-4049-8BB5-D0863E2D8D21}">
      <dgm:prSet custT="1"/>
      <dgm:spPr/>
      <dgm:t>
        <a:bodyPr/>
        <a:lstStyle/>
        <a:p>
          <a:endParaRPr lang="es-CL" sz="600"/>
        </a:p>
      </dgm:t>
    </dgm:pt>
    <dgm:pt modelId="{B70CBC63-19A9-4C74-9565-A09071AD4F99}" type="asst">
      <dgm:prSet custT="1"/>
      <dgm:spPr/>
      <dgm:t>
        <a:bodyPr/>
        <a:lstStyle/>
        <a:p>
          <a:r>
            <a:rPr lang="es-CL" sz="1200"/>
            <a:t>Investigador 2</a:t>
          </a:r>
        </a:p>
      </dgm:t>
    </dgm:pt>
    <dgm:pt modelId="{EFB4EDAA-1FEE-4A81-BF76-46AD3C461086}" type="parTrans" cxnId="{038EF945-EFDC-45D1-921E-801D58E3DE23}">
      <dgm:prSet/>
      <dgm:spPr/>
      <dgm:t>
        <a:bodyPr/>
        <a:lstStyle/>
        <a:p>
          <a:endParaRPr lang="es-CL" sz="1200"/>
        </a:p>
      </dgm:t>
    </dgm:pt>
    <dgm:pt modelId="{D3667895-50D5-4EB9-AB70-EF16CDD5E8D5}" type="sibTrans" cxnId="{038EF945-EFDC-45D1-921E-801D58E3DE23}">
      <dgm:prSet custT="1"/>
      <dgm:spPr/>
      <dgm:t>
        <a:bodyPr/>
        <a:lstStyle/>
        <a:p>
          <a:endParaRPr lang="es-CL" sz="600"/>
        </a:p>
      </dgm:t>
    </dgm:pt>
    <dgm:pt modelId="{F6658BF2-E4D0-4CFD-B37A-BD8A2A5037CC}" type="asst">
      <dgm:prSet custT="1"/>
      <dgm:spPr/>
      <dgm:t>
        <a:bodyPr/>
        <a:lstStyle/>
        <a:p>
          <a:r>
            <a:rPr lang="es-CL" sz="1200"/>
            <a:t>Investigador 3</a:t>
          </a:r>
        </a:p>
      </dgm:t>
    </dgm:pt>
    <dgm:pt modelId="{CF6160FA-45E7-486E-A547-B792842187B8}" type="parTrans" cxnId="{3D97899E-9F01-42F2-81CE-D24DF3A779AE}">
      <dgm:prSet/>
      <dgm:spPr/>
      <dgm:t>
        <a:bodyPr/>
        <a:lstStyle/>
        <a:p>
          <a:endParaRPr lang="es-CL" sz="1200"/>
        </a:p>
      </dgm:t>
    </dgm:pt>
    <dgm:pt modelId="{DF778D16-F7CD-4105-A993-ABC58722129D}" type="sibTrans" cxnId="{3D97899E-9F01-42F2-81CE-D24DF3A779AE}">
      <dgm:prSet custT="1"/>
      <dgm:spPr/>
      <dgm:t>
        <a:bodyPr/>
        <a:lstStyle/>
        <a:p>
          <a:endParaRPr lang="es-CL" sz="600"/>
        </a:p>
      </dgm:t>
    </dgm:pt>
    <dgm:pt modelId="{767C962C-51CC-4C38-A924-155874361E67}" type="asst">
      <dgm:prSet custT="1"/>
      <dgm:spPr/>
      <dgm:t>
        <a:bodyPr/>
        <a:lstStyle/>
        <a:p>
          <a:r>
            <a:rPr lang="es-CL" sz="1200"/>
            <a:t>Investigador 4</a:t>
          </a:r>
        </a:p>
      </dgm:t>
    </dgm:pt>
    <dgm:pt modelId="{64995854-6909-4274-8971-8B78D786AFA3}" type="parTrans" cxnId="{7D2CAA7B-B3C8-45FE-9C6D-27292E36B392}">
      <dgm:prSet/>
      <dgm:spPr/>
      <dgm:t>
        <a:bodyPr/>
        <a:lstStyle/>
        <a:p>
          <a:endParaRPr lang="es-CL"/>
        </a:p>
      </dgm:t>
    </dgm:pt>
    <dgm:pt modelId="{144865FF-1044-49F5-A87F-7B7E90C239F3}" type="sibTrans" cxnId="{7D2CAA7B-B3C8-45FE-9C6D-27292E36B392}">
      <dgm:prSet/>
      <dgm:spPr/>
      <dgm:t>
        <a:bodyPr/>
        <a:lstStyle/>
        <a:p>
          <a:endParaRPr lang="es-CL"/>
        </a:p>
      </dgm:t>
    </dgm:pt>
    <dgm:pt modelId="{5FB53552-7948-45FA-8B31-40A789C28EA0}" type="asst">
      <dgm:prSet custT="1"/>
      <dgm:spPr/>
      <dgm:t>
        <a:bodyPr/>
        <a:lstStyle/>
        <a:p>
          <a:r>
            <a:rPr lang="es-CL" sz="1200"/>
            <a:t>Investigador 5</a:t>
          </a:r>
        </a:p>
      </dgm:t>
    </dgm:pt>
    <dgm:pt modelId="{23B1DD58-EBF7-4E79-9AED-611A05DEE510}" type="parTrans" cxnId="{2A5BD640-6D67-41B2-97D1-7F08E0C52460}">
      <dgm:prSet/>
      <dgm:spPr/>
      <dgm:t>
        <a:bodyPr/>
        <a:lstStyle/>
        <a:p>
          <a:endParaRPr lang="es-CL"/>
        </a:p>
      </dgm:t>
    </dgm:pt>
    <dgm:pt modelId="{EF19682F-65CB-46E6-9F2E-18598A409AE3}" type="sibTrans" cxnId="{2A5BD640-6D67-41B2-97D1-7F08E0C52460}">
      <dgm:prSet/>
      <dgm:spPr/>
      <dgm:t>
        <a:bodyPr/>
        <a:lstStyle/>
        <a:p>
          <a:endParaRPr lang="es-CL"/>
        </a:p>
      </dgm:t>
    </dgm:pt>
    <dgm:pt modelId="{1A5D6091-F2A9-4AC0-BA0A-C9136396FAD7}" type="asst">
      <dgm:prSet custT="1"/>
      <dgm:spPr/>
      <dgm:t>
        <a:bodyPr/>
        <a:lstStyle/>
        <a:p>
          <a:r>
            <a:rPr lang="es-CL" sz="1200"/>
            <a:t>Investigador 6</a:t>
          </a:r>
        </a:p>
      </dgm:t>
    </dgm:pt>
    <dgm:pt modelId="{A2DC38CE-074C-483E-BCC1-AD627068373B}" type="parTrans" cxnId="{DA03F06B-E440-4106-BE78-F277CFA598C9}">
      <dgm:prSet/>
      <dgm:spPr/>
      <dgm:t>
        <a:bodyPr/>
        <a:lstStyle/>
        <a:p>
          <a:endParaRPr lang="es-CL"/>
        </a:p>
      </dgm:t>
    </dgm:pt>
    <dgm:pt modelId="{0ABCF180-404A-42CC-982B-826F855EFA77}" type="sibTrans" cxnId="{DA03F06B-E440-4106-BE78-F277CFA598C9}">
      <dgm:prSet/>
      <dgm:spPr/>
      <dgm:t>
        <a:bodyPr/>
        <a:lstStyle/>
        <a:p>
          <a:endParaRPr lang="es-CL"/>
        </a:p>
      </dgm:t>
    </dgm:pt>
    <dgm:pt modelId="{ED3C49DC-B946-4A6E-B110-5A3B7C5B1257}" type="asst">
      <dgm:prSet/>
      <dgm:spPr/>
      <dgm:t>
        <a:bodyPr/>
        <a:lstStyle/>
        <a:p>
          <a:r>
            <a:rPr lang="es-CL"/>
            <a:t>Investigador 7</a:t>
          </a:r>
        </a:p>
      </dgm:t>
    </dgm:pt>
    <dgm:pt modelId="{CE2A0163-9F2E-4DC9-83D6-638D0C9C080D}" type="parTrans" cxnId="{3210B25E-8E5D-4D45-800A-FCFA005F9AC3}">
      <dgm:prSet/>
      <dgm:spPr/>
    </dgm:pt>
    <dgm:pt modelId="{01016F88-A6A9-478D-818B-233162FAA103}" type="sibTrans" cxnId="{3210B25E-8E5D-4D45-800A-FCFA005F9AC3}">
      <dgm:prSet/>
      <dgm:spPr/>
      <dgm:t>
        <a:bodyPr/>
        <a:lstStyle/>
        <a:p>
          <a:endParaRPr lang="es-CL"/>
        </a:p>
      </dgm:t>
    </dgm:pt>
    <dgm:pt modelId="{CA12A1D9-C241-42A3-B451-8E7A687C058E}" type="asst">
      <dgm:prSet/>
      <dgm:spPr/>
      <dgm:t>
        <a:bodyPr/>
        <a:lstStyle/>
        <a:p>
          <a:r>
            <a:rPr lang="es-CL"/>
            <a:t>Investigador 8</a:t>
          </a:r>
        </a:p>
      </dgm:t>
    </dgm:pt>
    <dgm:pt modelId="{110EF82F-4389-42A6-BE5F-51597F8A3BAA}" type="parTrans" cxnId="{C239DD16-DCDE-4B82-8F04-B2D1CC256040}">
      <dgm:prSet/>
      <dgm:spPr/>
    </dgm:pt>
    <dgm:pt modelId="{8AA999D9-74E2-41E2-B41E-CAF44E41C7E4}" type="sibTrans" cxnId="{C239DD16-DCDE-4B82-8F04-B2D1CC256040}">
      <dgm:prSet/>
      <dgm:spPr/>
      <dgm:t>
        <a:bodyPr/>
        <a:lstStyle/>
        <a:p>
          <a:endParaRPr lang="es-CL"/>
        </a:p>
      </dgm:t>
    </dgm:pt>
    <dgm:pt modelId="{AB791BD7-33CA-432A-9945-87259DFC3006}" type="asst">
      <dgm:prSet/>
      <dgm:spPr/>
      <dgm:t>
        <a:bodyPr/>
        <a:lstStyle/>
        <a:p>
          <a:r>
            <a:rPr lang="es-CL"/>
            <a:t>Investigador 9</a:t>
          </a:r>
        </a:p>
      </dgm:t>
    </dgm:pt>
    <dgm:pt modelId="{C6B38CF4-5161-4DDC-9CDA-44D30C07F444}" type="parTrans" cxnId="{6F2CA27E-1254-4487-B1F5-CF07B8DB0DF5}">
      <dgm:prSet/>
      <dgm:spPr/>
    </dgm:pt>
    <dgm:pt modelId="{5E585812-3253-4AFE-8E44-B0BC7015429A}" type="sibTrans" cxnId="{6F2CA27E-1254-4487-B1F5-CF07B8DB0DF5}">
      <dgm:prSet/>
      <dgm:spPr/>
      <dgm:t>
        <a:bodyPr/>
        <a:lstStyle/>
        <a:p>
          <a:endParaRPr lang="es-CL"/>
        </a:p>
      </dgm:t>
    </dgm:pt>
    <dgm:pt modelId="{64C43D11-0853-416B-BCCF-426CCD31FEDB}" type="asst">
      <dgm:prSet/>
      <dgm:spPr/>
      <dgm:t>
        <a:bodyPr/>
        <a:lstStyle/>
        <a:p>
          <a:r>
            <a:rPr lang="es-CL"/>
            <a:t>Investigador 10 </a:t>
          </a:r>
        </a:p>
      </dgm:t>
    </dgm:pt>
    <dgm:pt modelId="{5E149CE7-0744-42E3-9BD2-ADA69CE761CB}" type="parTrans" cxnId="{AB82E998-20B9-46BF-B280-2D84D0C9364F}">
      <dgm:prSet/>
      <dgm:spPr/>
    </dgm:pt>
    <dgm:pt modelId="{9AF06754-5551-48FF-A94F-3A82B1F9AEEB}" type="sibTrans" cxnId="{AB82E998-20B9-46BF-B280-2D84D0C9364F}">
      <dgm:prSet/>
      <dgm:spPr/>
      <dgm:t>
        <a:bodyPr/>
        <a:lstStyle/>
        <a:p>
          <a:endParaRPr lang="es-CL"/>
        </a:p>
      </dgm:t>
    </dgm:pt>
    <dgm:pt modelId="{E80BACDF-17EC-4761-9D90-47FE5EA205CC}" type="asst">
      <dgm:prSet/>
      <dgm:spPr/>
      <dgm:t>
        <a:bodyPr/>
        <a:lstStyle/>
        <a:p>
          <a:r>
            <a:rPr lang="es-CL"/>
            <a:t>Investigador 11</a:t>
          </a:r>
        </a:p>
      </dgm:t>
    </dgm:pt>
    <dgm:pt modelId="{8297F6EA-688C-48AD-9BB2-21465B4E6AAC}" type="parTrans" cxnId="{FCF5C374-EC86-46CA-9256-99C1EBC0C5FF}">
      <dgm:prSet/>
      <dgm:spPr/>
    </dgm:pt>
    <dgm:pt modelId="{4BDA5AF6-8890-49FB-A0FC-A7339117EBF0}" type="sibTrans" cxnId="{FCF5C374-EC86-46CA-9256-99C1EBC0C5FF}">
      <dgm:prSet/>
      <dgm:spPr/>
      <dgm:t>
        <a:bodyPr/>
        <a:lstStyle/>
        <a:p>
          <a:endParaRPr lang="es-CL"/>
        </a:p>
      </dgm:t>
    </dgm:pt>
    <dgm:pt modelId="{5E66C357-A81B-4F8A-B0BB-369109ECB311}" type="asst">
      <dgm:prSet/>
      <dgm:spPr/>
      <dgm:t>
        <a:bodyPr/>
        <a:lstStyle/>
        <a:p>
          <a:r>
            <a:rPr lang="es-CL"/>
            <a:t>Investigador 12...</a:t>
          </a:r>
        </a:p>
      </dgm:t>
    </dgm:pt>
    <dgm:pt modelId="{6784F242-559B-4D27-AB74-C47B56A4926B}" type="parTrans" cxnId="{C054A334-57D9-4ED5-BAF8-139C0E3039FE}">
      <dgm:prSet/>
      <dgm:spPr/>
    </dgm:pt>
    <dgm:pt modelId="{C74AA0EF-489A-4A05-AE95-35CF446E17A2}" type="sibTrans" cxnId="{C054A334-57D9-4ED5-BAF8-139C0E3039FE}">
      <dgm:prSet/>
      <dgm:spPr/>
      <dgm:t>
        <a:bodyPr/>
        <a:lstStyle/>
        <a:p>
          <a:endParaRPr lang="es-CL"/>
        </a:p>
      </dgm:t>
    </dgm:pt>
    <dgm:pt modelId="{37E4D216-F252-46EC-94B3-9144D0FCF0CA}" type="pres">
      <dgm:prSet presAssocID="{3E33F099-1941-41FF-AD4B-A523356E242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7236C84-819B-48C3-AE29-C2DF64EA536A}" type="pres">
      <dgm:prSet presAssocID="{C9D50B8D-EFD4-4918-9667-9AFB4930E030}" presName="hierRoot1" presStyleCnt="0">
        <dgm:presLayoutVars>
          <dgm:hierBranch val="init"/>
        </dgm:presLayoutVars>
      </dgm:prSet>
      <dgm:spPr/>
    </dgm:pt>
    <dgm:pt modelId="{7D37FB31-D527-44C9-92AE-40729E91EEFF}" type="pres">
      <dgm:prSet presAssocID="{C9D50B8D-EFD4-4918-9667-9AFB4930E030}" presName="rootComposite1" presStyleCnt="0"/>
      <dgm:spPr/>
    </dgm:pt>
    <dgm:pt modelId="{2BF3D7C1-EA9E-4F8D-87DF-D4B2E1894338}" type="pres">
      <dgm:prSet presAssocID="{C9D50B8D-EFD4-4918-9667-9AFB4930E030}" presName="rootText1" presStyleLbl="node0" presStyleIdx="0" presStyleCnt="1">
        <dgm:presLayoutVars>
          <dgm:chMax/>
          <dgm:chPref val="3"/>
        </dgm:presLayoutVars>
      </dgm:prSet>
      <dgm:spPr/>
    </dgm:pt>
    <dgm:pt modelId="{F939180F-96A2-412B-BB81-16E88F3F9AF2}" type="pres">
      <dgm:prSet presAssocID="{C9D50B8D-EFD4-4918-9667-9AFB4930E030}" presName="titleText1" presStyleLbl="fgAcc0" presStyleIdx="0" presStyleCnt="1">
        <dgm:presLayoutVars>
          <dgm:chMax val="0"/>
          <dgm:chPref val="0"/>
        </dgm:presLayoutVars>
      </dgm:prSet>
      <dgm:spPr/>
    </dgm:pt>
    <dgm:pt modelId="{F9CC971D-DA99-4CD1-8959-2AB47F5678B8}" type="pres">
      <dgm:prSet presAssocID="{C9D50B8D-EFD4-4918-9667-9AFB4930E030}" presName="rootConnector1" presStyleLbl="node1" presStyleIdx="0" presStyleCnt="2"/>
      <dgm:spPr/>
    </dgm:pt>
    <dgm:pt modelId="{DD0D80A1-E940-49AA-A4CF-DD91877E6579}" type="pres">
      <dgm:prSet presAssocID="{C9D50B8D-EFD4-4918-9667-9AFB4930E030}" presName="hierChild2" presStyleCnt="0"/>
      <dgm:spPr/>
    </dgm:pt>
    <dgm:pt modelId="{C69760F4-7A4E-42F8-AFEF-D1B1CFC02AAD}" type="pres">
      <dgm:prSet presAssocID="{6F310687-471F-46AC-93E1-5CA6ADF08B97}" presName="Name37" presStyleLbl="parChTrans1D2" presStyleIdx="0" presStyleCnt="2"/>
      <dgm:spPr/>
    </dgm:pt>
    <dgm:pt modelId="{FF5ADABB-125B-4506-81B4-4C0C43C362B7}" type="pres">
      <dgm:prSet presAssocID="{EC6F2F24-D554-4471-BC03-588ABDDB315D}" presName="hierRoot2" presStyleCnt="0">
        <dgm:presLayoutVars>
          <dgm:hierBranch val="init"/>
        </dgm:presLayoutVars>
      </dgm:prSet>
      <dgm:spPr/>
    </dgm:pt>
    <dgm:pt modelId="{3926CB92-3089-4C86-96F5-AED3C67E1F7A}" type="pres">
      <dgm:prSet presAssocID="{EC6F2F24-D554-4471-BC03-588ABDDB315D}" presName="rootComposite" presStyleCnt="0"/>
      <dgm:spPr/>
    </dgm:pt>
    <dgm:pt modelId="{D1FC463D-F60E-4A64-8B9E-39C7332A3F2A}" type="pres">
      <dgm:prSet presAssocID="{EC6F2F24-D554-4471-BC03-588ABDDB315D}" presName="rootText" presStyleLbl="node1" presStyleIdx="0" presStyleCnt="2">
        <dgm:presLayoutVars>
          <dgm:chMax/>
          <dgm:chPref val="3"/>
        </dgm:presLayoutVars>
      </dgm:prSet>
      <dgm:spPr/>
    </dgm:pt>
    <dgm:pt modelId="{16FF1A62-DAFB-43CF-891E-8C774467900C}" type="pres">
      <dgm:prSet presAssocID="{EC6F2F24-D554-4471-BC03-588ABDDB315D}" presName="titleText2" presStyleLbl="fgAcc1" presStyleIdx="0" presStyleCnt="2">
        <dgm:presLayoutVars>
          <dgm:chMax val="0"/>
          <dgm:chPref val="0"/>
        </dgm:presLayoutVars>
      </dgm:prSet>
      <dgm:spPr/>
    </dgm:pt>
    <dgm:pt modelId="{30FE132C-DD3D-4775-96C7-1BD3A69D818D}" type="pres">
      <dgm:prSet presAssocID="{EC6F2F24-D554-4471-BC03-588ABDDB315D}" presName="rootConnector" presStyleLbl="node2" presStyleIdx="0" presStyleCnt="0"/>
      <dgm:spPr/>
    </dgm:pt>
    <dgm:pt modelId="{4EE3192B-6620-4E73-A9AD-8BED548919D2}" type="pres">
      <dgm:prSet presAssocID="{EC6F2F24-D554-4471-BC03-588ABDDB315D}" presName="hierChild4" presStyleCnt="0"/>
      <dgm:spPr/>
    </dgm:pt>
    <dgm:pt modelId="{2445B598-368D-4345-B674-DD5D521D0700}" type="pres">
      <dgm:prSet presAssocID="{EC6F2F24-D554-4471-BC03-588ABDDB315D}" presName="hierChild5" presStyleCnt="0"/>
      <dgm:spPr/>
    </dgm:pt>
    <dgm:pt modelId="{4E8FF80A-DDA7-491B-940F-A422B3EB405C}" type="pres">
      <dgm:prSet presAssocID="{85BCF604-9442-49B4-BD59-16440EE587CB}" presName="Name96" presStyleLbl="parChTrans1D3" presStyleIdx="0" presStyleCnt="12"/>
      <dgm:spPr/>
    </dgm:pt>
    <dgm:pt modelId="{1E526261-FDD6-4861-8E40-C19F5629E5C9}" type="pres">
      <dgm:prSet presAssocID="{741573EB-B4A8-4817-8681-750B3D3A4AB0}" presName="hierRoot3" presStyleCnt="0">
        <dgm:presLayoutVars>
          <dgm:hierBranch val="init"/>
        </dgm:presLayoutVars>
      </dgm:prSet>
      <dgm:spPr/>
    </dgm:pt>
    <dgm:pt modelId="{12E2E577-1351-401A-82B1-ADE85B9D571B}" type="pres">
      <dgm:prSet presAssocID="{741573EB-B4A8-4817-8681-750B3D3A4AB0}" presName="rootComposite3" presStyleCnt="0"/>
      <dgm:spPr/>
    </dgm:pt>
    <dgm:pt modelId="{81A5ECC8-8EDD-48E2-931C-46A87C2810A1}" type="pres">
      <dgm:prSet presAssocID="{741573EB-B4A8-4817-8681-750B3D3A4AB0}" presName="rootText3" presStyleLbl="asst1" presStyleIdx="0" presStyleCnt="12">
        <dgm:presLayoutVars>
          <dgm:chPref val="3"/>
        </dgm:presLayoutVars>
      </dgm:prSet>
      <dgm:spPr/>
    </dgm:pt>
    <dgm:pt modelId="{5513ACD8-D613-464D-8F4C-32411DDEC3D7}" type="pres">
      <dgm:prSet presAssocID="{741573EB-B4A8-4817-8681-750B3D3A4AB0}" presName="titleText3" presStyleLbl="fgAcc2" presStyleIdx="0" presStyleCnt="12">
        <dgm:presLayoutVars>
          <dgm:chMax val="0"/>
          <dgm:chPref val="0"/>
        </dgm:presLayoutVars>
      </dgm:prSet>
      <dgm:spPr/>
    </dgm:pt>
    <dgm:pt modelId="{FBB9A211-24F7-4F48-A6F4-581D308B4874}" type="pres">
      <dgm:prSet presAssocID="{741573EB-B4A8-4817-8681-750B3D3A4AB0}" presName="rootConnector3" presStyleLbl="asst2" presStyleIdx="0" presStyleCnt="0"/>
      <dgm:spPr/>
    </dgm:pt>
    <dgm:pt modelId="{095E2596-5606-4CE0-B9D6-2E525C1197C3}" type="pres">
      <dgm:prSet presAssocID="{741573EB-B4A8-4817-8681-750B3D3A4AB0}" presName="hierChild6" presStyleCnt="0"/>
      <dgm:spPr/>
    </dgm:pt>
    <dgm:pt modelId="{2CC7817F-7585-4F46-AB04-3DA4A7BA03BD}" type="pres">
      <dgm:prSet presAssocID="{741573EB-B4A8-4817-8681-750B3D3A4AB0}" presName="hierChild7" presStyleCnt="0"/>
      <dgm:spPr/>
    </dgm:pt>
    <dgm:pt modelId="{D3E5EF68-8F5A-44D8-8247-B523026A6039}" type="pres">
      <dgm:prSet presAssocID="{EFB4EDAA-1FEE-4A81-BF76-46AD3C461086}" presName="Name96" presStyleLbl="parChTrans1D3" presStyleIdx="1" presStyleCnt="12"/>
      <dgm:spPr/>
    </dgm:pt>
    <dgm:pt modelId="{6085500B-029E-4DB8-A3C2-8BD2EA097ECE}" type="pres">
      <dgm:prSet presAssocID="{B70CBC63-19A9-4C74-9565-A09071AD4F99}" presName="hierRoot3" presStyleCnt="0">
        <dgm:presLayoutVars>
          <dgm:hierBranch val="init"/>
        </dgm:presLayoutVars>
      </dgm:prSet>
      <dgm:spPr/>
    </dgm:pt>
    <dgm:pt modelId="{3A74E099-6AD8-48AA-BEDB-0B236C33A69D}" type="pres">
      <dgm:prSet presAssocID="{B70CBC63-19A9-4C74-9565-A09071AD4F99}" presName="rootComposite3" presStyleCnt="0"/>
      <dgm:spPr/>
    </dgm:pt>
    <dgm:pt modelId="{F9FA124B-818F-42A7-9DFA-A06499287683}" type="pres">
      <dgm:prSet presAssocID="{B70CBC63-19A9-4C74-9565-A09071AD4F99}" presName="rootText3" presStyleLbl="asst1" presStyleIdx="1" presStyleCnt="12">
        <dgm:presLayoutVars>
          <dgm:chPref val="3"/>
        </dgm:presLayoutVars>
      </dgm:prSet>
      <dgm:spPr/>
    </dgm:pt>
    <dgm:pt modelId="{8F0BB482-BB62-4A62-A43B-7DFE1E6B0565}" type="pres">
      <dgm:prSet presAssocID="{B70CBC63-19A9-4C74-9565-A09071AD4F99}" presName="titleText3" presStyleLbl="fgAcc2" presStyleIdx="1" presStyleCnt="12">
        <dgm:presLayoutVars>
          <dgm:chMax val="0"/>
          <dgm:chPref val="0"/>
        </dgm:presLayoutVars>
      </dgm:prSet>
      <dgm:spPr/>
    </dgm:pt>
    <dgm:pt modelId="{6E64D63A-6F05-46E9-B80B-47FF51BFFCC4}" type="pres">
      <dgm:prSet presAssocID="{B70CBC63-19A9-4C74-9565-A09071AD4F99}" presName="rootConnector3" presStyleLbl="asst2" presStyleIdx="0" presStyleCnt="0"/>
      <dgm:spPr/>
    </dgm:pt>
    <dgm:pt modelId="{4C05B1D2-FF33-4130-A786-DB54BDD5CEF2}" type="pres">
      <dgm:prSet presAssocID="{B70CBC63-19A9-4C74-9565-A09071AD4F99}" presName="hierChild6" presStyleCnt="0"/>
      <dgm:spPr/>
    </dgm:pt>
    <dgm:pt modelId="{43B6FF46-E1A5-43BC-B65B-165C4CF2EBAD}" type="pres">
      <dgm:prSet presAssocID="{B70CBC63-19A9-4C74-9565-A09071AD4F99}" presName="hierChild7" presStyleCnt="0"/>
      <dgm:spPr/>
    </dgm:pt>
    <dgm:pt modelId="{4DAE781F-E99C-42B1-AE65-69CF56C6B0E4}" type="pres">
      <dgm:prSet presAssocID="{CF6160FA-45E7-486E-A547-B792842187B8}" presName="Name96" presStyleLbl="parChTrans1D3" presStyleIdx="2" presStyleCnt="12"/>
      <dgm:spPr/>
    </dgm:pt>
    <dgm:pt modelId="{EC0BFFF7-A38E-477D-9FA5-81D25D3A5AE4}" type="pres">
      <dgm:prSet presAssocID="{F6658BF2-E4D0-4CFD-B37A-BD8A2A5037CC}" presName="hierRoot3" presStyleCnt="0">
        <dgm:presLayoutVars>
          <dgm:hierBranch val="init"/>
        </dgm:presLayoutVars>
      </dgm:prSet>
      <dgm:spPr/>
    </dgm:pt>
    <dgm:pt modelId="{1697BFC6-E410-4DED-BDAD-5B954DFCE170}" type="pres">
      <dgm:prSet presAssocID="{F6658BF2-E4D0-4CFD-B37A-BD8A2A5037CC}" presName="rootComposite3" presStyleCnt="0"/>
      <dgm:spPr/>
    </dgm:pt>
    <dgm:pt modelId="{331D7FB3-CD86-45EE-B1B3-B266620157FE}" type="pres">
      <dgm:prSet presAssocID="{F6658BF2-E4D0-4CFD-B37A-BD8A2A5037CC}" presName="rootText3" presStyleLbl="asst1" presStyleIdx="2" presStyleCnt="12">
        <dgm:presLayoutVars>
          <dgm:chPref val="3"/>
        </dgm:presLayoutVars>
      </dgm:prSet>
      <dgm:spPr/>
    </dgm:pt>
    <dgm:pt modelId="{B9B113CF-B29C-4824-B7B5-1F8105A5F621}" type="pres">
      <dgm:prSet presAssocID="{F6658BF2-E4D0-4CFD-B37A-BD8A2A5037CC}" presName="titleText3" presStyleLbl="fgAcc2" presStyleIdx="2" presStyleCnt="12">
        <dgm:presLayoutVars>
          <dgm:chMax val="0"/>
          <dgm:chPref val="0"/>
        </dgm:presLayoutVars>
      </dgm:prSet>
      <dgm:spPr/>
    </dgm:pt>
    <dgm:pt modelId="{229DA846-BCE5-40D7-B6A1-2938938E2962}" type="pres">
      <dgm:prSet presAssocID="{F6658BF2-E4D0-4CFD-B37A-BD8A2A5037CC}" presName="rootConnector3" presStyleLbl="asst2" presStyleIdx="0" presStyleCnt="0"/>
      <dgm:spPr/>
    </dgm:pt>
    <dgm:pt modelId="{9130739B-6AD0-4C21-86E6-20B72CE01978}" type="pres">
      <dgm:prSet presAssocID="{F6658BF2-E4D0-4CFD-B37A-BD8A2A5037CC}" presName="hierChild6" presStyleCnt="0"/>
      <dgm:spPr/>
    </dgm:pt>
    <dgm:pt modelId="{D16F5889-F55A-4A23-8436-C6BE056C0F8E}" type="pres">
      <dgm:prSet presAssocID="{F6658BF2-E4D0-4CFD-B37A-BD8A2A5037CC}" presName="hierChild7" presStyleCnt="0"/>
      <dgm:spPr/>
    </dgm:pt>
    <dgm:pt modelId="{BF0A8105-072D-401E-8169-E66C543E456A}" type="pres">
      <dgm:prSet presAssocID="{64995854-6909-4274-8971-8B78D786AFA3}" presName="Name96" presStyleLbl="parChTrans1D3" presStyleIdx="3" presStyleCnt="12"/>
      <dgm:spPr/>
    </dgm:pt>
    <dgm:pt modelId="{E24A0F98-2923-4521-9471-C22D264B8992}" type="pres">
      <dgm:prSet presAssocID="{767C962C-51CC-4C38-A924-155874361E67}" presName="hierRoot3" presStyleCnt="0">
        <dgm:presLayoutVars>
          <dgm:hierBranch val="init"/>
        </dgm:presLayoutVars>
      </dgm:prSet>
      <dgm:spPr/>
    </dgm:pt>
    <dgm:pt modelId="{8154503F-1CB3-4D78-B8E6-AED7DFAF8775}" type="pres">
      <dgm:prSet presAssocID="{767C962C-51CC-4C38-A924-155874361E67}" presName="rootComposite3" presStyleCnt="0"/>
      <dgm:spPr/>
    </dgm:pt>
    <dgm:pt modelId="{5F7995F4-04DA-43B6-A6E4-4039B2268AFB}" type="pres">
      <dgm:prSet presAssocID="{767C962C-51CC-4C38-A924-155874361E67}" presName="rootText3" presStyleLbl="asst1" presStyleIdx="3" presStyleCnt="12">
        <dgm:presLayoutVars>
          <dgm:chPref val="3"/>
        </dgm:presLayoutVars>
      </dgm:prSet>
      <dgm:spPr/>
    </dgm:pt>
    <dgm:pt modelId="{7CEEE34C-08B0-4741-AAE4-8D283FF534C6}" type="pres">
      <dgm:prSet presAssocID="{767C962C-51CC-4C38-A924-155874361E67}" presName="titleText3" presStyleLbl="fgAcc2" presStyleIdx="3" presStyleCnt="12">
        <dgm:presLayoutVars>
          <dgm:chMax val="0"/>
          <dgm:chPref val="0"/>
        </dgm:presLayoutVars>
      </dgm:prSet>
      <dgm:spPr/>
    </dgm:pt>
    <dgm:pt modelId="{E89E93A7-A3DB-4393-B022-66CE1F34FB27}" type="pres">
      <dgm:prSet presAssocID="{767C962C-51CC-4C38-A924-155874361E67}" presName="rootConnector3" presStyleLbl="asst2" presStyleIdx="0" presStyleCnt="0"/>
      <dgm:spPr/>
    </dgm:pt>
    <dgm:pt modelId="{E675CE60-323F-4424-88F6-5452F2296DA0}" type="pres">
      <dgm:prSet presAssocID="{767C962C-51CC-4C38-A924-155874361E67}" presName="hierChild6" presStyleCnt="0"/>
      <dgm:spPr/>
    </dgm:pt>
    <dgm:pt modelId="{E3F855F9-7502-46F1-9200-708A9239820C}" type="pres">
      <dgm:prSet presAssocID="{767C962C-51CC-4C38-A924-155874361E67}" presName="hierChild7" presStyleCnt="0"/>
      <dgm:spPr/>
    </dgm:pt>
    <dgm:pt modelId="{AF7F7578-C74B-45EC-AE49-5ACF5249F2B3}" type="pres">
      <dgm:prSet presAssocID="{23B1DD58-EBF7-4E79-9AED-611A05DEE510}" presName="Name96" presStyleLbl="parChTrans1D3" presStyleIdx="4" presStyleCnt="12"/>
      <dgm:spPr/>
    </dgm:pt>
    <dgm:pt modelId="{ED88C992-7294-4CF2-89EF-F4A9BBD6514F}" type="pres">
      <dgm:prSet presAssocID="{5FB53552-7948-45FA-8B31-40A789C28EA0}" presName="hierRoot3" presStyleCnt="0">
        <dgm:presLayoutVars>
          <dgm:hierBranch val="init"/>
        </dgm:presLayoutVars>
      </dgm:prSet>
      <dgm:spPr/>
    </dgm:pt>
    <dgm:pt modelId="{7A477DDE-2D39-440E-B75B-801BC39571D0}" type="pres">
      <dgm:prSet presAssocID="{5FB53552-7948-45FA-8B31-40A789C28EA0}" presName="rootComposite3" presStyleCnt="0"/>
      <dgm:spPr/>
    </dgm:pt>
    <dgm:pt modelId="{96E3B17A-D856-4BA2-86E8-717DCD2B656C}" type="pres">
      <dgm:prSet presAssocID="{5FB53552-7948-45FA-8B31-40A789C28EA0}" presName="rootText3" presStyleLbl="asst1" presStyleIdx="4" presStyleCnt="12">
        <dgm:presLayoutVars>
          <dgm:chPref val="3"/>
        </dgm:presLayoutVars>
      </dgm:prSet>
      <dgm:spPr/>
    </dgm:pt>
    <dgm:pt modelId="{C89EC501-9296-4BE9-B210-E68FB6A6A7DE}" type="pres">
      <dgm:prSet presAssocID="{5FB53552-7948-45FA-8B31-40A789C28EA0}" presName="titleText3" presStyleLbl="fgAcc2" presStyleIdx="4" presStyleCnt="12">
        <dgm:presLayoutVars>
          <dgm:chMax val="0"/>
          <dgm:chPref val="0"/>
        </dgm:presLayoutVars>
      </dgm:prSet>
      <dgm:spPr/>
    </dgm:pt>
    <dgm:pt modelId="{9D96ECAA-68F7-4D6F-8F4F-BE8C6517D96D}" type="pres">
      <dgm:prSet presAssocID="{5FB53552-7948-45FA-8B31-40A789C28EA0}" presName="rootConnector3" presStyleLbl="asst2" presStyleIdx="0" presStyleCnt="0"/>
      <dgm:spPr/>
    </dgm:pt>
    <dgm:pt modelId="{E98409C4-AC66-4F2A-AAE1-52B9337736DF}" type="pres">
      <dgm:prSet presAssocID="{5FB53552-7948-45FA-8B31-40A789C28EA0}" presName="hierChild6" presStyleCnt="0"/>
      <dgm:spPr/>
    </dgm:pt>
    <dgm:pt modelId="{3EC56730-DB21-4A16-98E1-455C29762985}" type="pres">
      <dgm:prSet presAssocID="{5FB53552-7948-45FA-8B31-40A789C28EA0}" presName="hierChild7" presStyleCnt="0"/>
      <dgm:spPr/>
    </dgm:pt>
    <dgm:pt modelId="{666AEE14-F76A-425A-B48D-F58D5C5993A1}" type="pres">
      <dgm:prSet presAssocID="{A2DC38CE-074C-483E-BCC1-AD627068373B}" presName="Name96" presStyleLbl="parChTrans1D3" presStyleIdx="5" presStyleCnt="12"/>
      <dgm:spPr/>
    </dgm:pt>
    <dgm:pt modelId="{0F2ED8AE-F935-4BF4-AA95-BEB6FCDC2AE5}" type="pres">
      <dgm:prSet presAssocID="{1A5D6091-F2A9-4AC0-BA0A-C9136396FAD7}" presName="hierRoot3" presStyleCnt="0">
        <dgm:presLayoutVars>
          <dgm:hierBranch val="init"/>
        </dgm:presLayoutVars>
      </dgm:prSet>
      <dgm:spPr/>
    </dgm:pt>
    <dgm:pt modelId="{D402F939-5AE1-4BBD-8647-BDEFE6E75FE7}" type="pres">
      <dgm:prSet presAssocID="{1A5D6091-F2A9-4AC0-BA0A-C9136396FAD7}" presName="rootComposite3" presStyleCnt="0"/>
      <dgm:spPr/>
    </dgm:pt>
    <dgm:pt modelId="{C95ECF3F-DC3B-462D-AAFD-45290388313D}" type="pres">
      <dgm:prSet presAssocID="{1A5D6091-F2A9-4AC0-BA0A-C9136396FAD7}" presName="rootText3" presStyleLbl="asst1" presStyleIdx="5" presStyleCnt="12">
        <dgm:presLayoutVars>
          <dgm:chPref val="3"/>
        </dgm:presLayoutVars>
      </dgm:prSet>
      <dgm:spPr/>
    </dgm:pt>
    <dgm:pt modelId="{D8383A04-0BB8-4692-BCDC-DCB9A51B48FA}" type="pres">
      <dgm:prSet presAssocID="{1A5D6091-F2A9-4AC0-BA0A-C9136396FAD7}" presName="titleText3" presStyleLbl="fgAcc2" presStyleIdx="5" presStyleCnt="12">
        <dgm:presLayoutVars>
          <dgm:chMax val="0"/>
          <dgm:chPref val="0"/>
        </dgm:presLayoutVars>
      </dgm:prSet>
      <dgm:spPr/>
    </dgm:pt>
    <dgm:pt modelId="{E2B6E467-2FC3-4E5B-B024-47B089103887}" type="pres">
      <dgm:prSet presAssocID="{1A5D6091-F2A9-4AC0-BA0A-C9136396FAD7}" presName="rootConnector3" presStyleLbl="asst2" presStyleIdx="0" presStyleCnt="0"/>
      <dgm:spPr/>
    </dgm:pt>
    <dgm:pt modelId="{C9622EDF-B236-4862-96F8-F37FFF1CBD22}" type="pres">
      <dgm:prSet presAssocID="{1A5D6091-F2A9-4AC0-BA0A-C9136396FAD7}" presName="hierChild6" presStyleCnt="0"/>
      <dgm:spPr/>
    </dgm:pt>
    <dgm:pt modelId="{C585A903-658D-4114-8281-DCEA2E8BD377}" type="pres">
      <dgm:prSet presAssocID="{1A5D6091-F2A9-4AC0-BA0A-C9136396FAD7}" presName="hierChild7" presStyleCnt="0"/>
      <dgm:spPr/>
    </dgm:pt>
    <dgm:pt modelId="{38CEF2AA-88A1-4794-874F-4A49B1CE296C}" type="pres">
      <dgm:prSet presAssocID="{5B8CADFE-25E8-47A3-BE97-A6FDF763F6B4}" presName="Name37" presStyleLbl="parChTrans1D2" presStyleIdx="1" presStyleCnt="2"/>
      <dgm:spPr/>
    </dgm:pt>
    <dgm:pt modelId="{9447E8FB-4615-46BD-B254-80893D22E922}" type="pres">
      <dgm:prSet presAssocID="{1CE27770-1EDE-4660-B3CE-2BBC78FE0E37}" presName="hierRoot2" presStyleCnt="0">
        <dgm:presLayoutVars>
          <dgm:hierBranch val="init"/>
        </dgm:presLayoutVars>
      </dgm:prSet>
      <dgm:spPr/>
    </dgm:pt>
    <dgm:pt modelId="{B772906C-1D58-4926-B88C-1CC6FBC193D9}" type="pres">
      <dgm:prSet presAssocID="{1CE27770-1EDE-4660-B3CE-2BBC78FE0E37}" presName="rootComposite" presStyleCnt="0"/>
      <dgm:spPr/>
    </dgm:pt>
    <dgm:pt modelId="{F75632EB-02C5-4993-8D54-1121B710A860}" type="pres">
      <dgm:prSet presAssocID="{1CE27770-1EDE-4660-B3CE-2BBC78FE0E37}" presName="rootText" presStyleLbl="node1" presStyleIdx="1" presStyleCnt="2">
        <dgm:presLayoutVars>
          <dgm:chMax/>
          <dgm:chPref val="3"/>
        </dgm:presLayoutVars>
      </dgm:prSet>
      <dgm:spPr/>
    </dgm:pt>
    <dgm:pt modelId="{67ED9CC1-9242-48F8-8AAA-23925FDAFB26}" type="pres">
      <dgm:prSet presAssocID="{1CE27770-1EDE-4660-B3CE-2BBC78FE0E37}" presName="titleText2" presStyleLbl="fgAcc1" presStyleIdx="1" presStyleCnt="2">
        <dgm:presLayoutVars>
          <dgm:chMax val="0"/>
          <dgm:chPref val="0"/>
        </dgm:presLayoutVars>
      </dgm:prSet>
      <dgm:spPr/>
    </dgm:pt>
    <dgm:pt modelId="{6C5F619E-165B-4793-B6EC-7C994376BA60}" type="pres">
      <dgm:prSet presAssocID="{1CE27770-1EDE-4660-B3CE-2BBC78FE0E37}" presName="rootConnector" presStyleLbl="node2" presStyleIdx="0" presStyleCnt="0"/>
      <dgm:spPr/>
    </dgm:pt>
    <dgm:pt modelId="{34EF1062-1B2B-418C-9717-3A8D284973EB}" type="pres">
      <dgm:prSet presAssocID="{1CE27770-1EDE-4660-B3CE-2BBC78FE0E37}" presName="hierChild4" presStyleCnt="0"/>
      <dgm:spPr/>
    </dgm:pt>
    <dgm:pt modelId="{0887D6A6-9B14-4C60-A72B-5B7683037C14}" type="pres">
      <dgm:prSet presAssocID="{1CE27770-1EDE-4660-B3CE-2BBC78FE0E37}" presName="hierChild5" presStyleCnt="0"/>
      <dgm:spPr/>
    </dgm:pt>
    <dgm:pt modelId="{3909D681-168A-47F7-B8EF-927F27D46B90}" type="pres">
      <dgm:prSet presAssocID="{CE2A0163-9F2E-4DC9-83D6-638D0C9C080D}" presName="Name96" presStyleLbl="parChTrans1D3" presStyleIdx="6" presStyleCnt="12"/>
      <dgm:spPr/>
    </dgm:pt>
    <dgm:pt modelId="{FB99F8C2-4F60-4E0C-9A6E-0FAA25E15A6C}" type="pres">
      <dgm:prSet presAssocID="{ED3C49DC-B946-4A6E-B110-5A3B7C5B1257}" presName="hierRoot3" presStyleCnt="0">
        <dgm:presLayoutVars>
          <dgm:hierBranch val="init"/>
        </dgm:presLayoutVars>
      </dgm:prSet>
      <dgm:spPr/>
    </dgm:pt>
    <dgm:pt modelId="{5E4105CD-A1E9-4054-AF91-F59D85FD494E}" type="pres">
      <dgm:prSet presAssocID="{ED3C49DC-B946-4A6E-B110-5A3B7C5B1257}" presName="rootComposite3" presStyleCnt="0"/>
      <dgm:spPr/>
    </dgm:pt>
    <dgm:pt modelId="{E7563D71-256A-4089-83C5-C352534B0848}" type="pres">
      <dgm:prSet presAssocID="{ED3C49DC-B946-4A6E-B110-5A3B7C5B1257}" presName="rootText3" presStyleLbl="asst1" presStyleIdx="6" presStyleCnt="12">
        <dgm:presLayoutVars>
          <dgm:chPref val="3"/>
        </dgm:presLayoutVars>
      </dgm:prSet>
      <dgm:spPr/>
    </dgm:pt>
    <dgm:pt modelId="{CC93BB7F-9E50-41E3-B468-E94E50A395FA}" type="pres">
      <dgm:prSet presAssocID="{ED3C49DC-B946-4A6E-B110-5A3B7C5B1257}" presName="titleText3" presStyleLbl="fgAcc2" presStyleIdx="6" presStyleCnt="12">
        <dgm:presLayoutVars>
          <dgm:chMax val="0"/>
          <dgm:chPref val="0"/>
        </dgm:presLayoutVars>
      </dgm:prSet>
      <dgm:spPr/>
    </dgm:pt>
    <dgm:pt modelId="{6C33C8D5-DAAE-46CA-A57B-07CB14747CE9}" type="pres">
      <dgm:prSet presAssocID="{ED3C49DC-B946-4A6E-B110-5A3B7C5B1257}" presName="rootConnector3" presStyleLbl="asst2" presStyleIdx="0" presStyleCnt="0"/>
      <dgm:spPr/>
    </dgm:pt>
    <dgm:pt modelId="{CED2AB0D-821F-46B4-91B9-C5F18038255D}" type="pres">
      <dgm:prSet presAssocID="{ED3C49DC-B946-4A6E-B110-5A3B7C5B1257}" presName="hierChild6" presStyleCnt="0"/>
      <dgm:spPr/>
    </dgm:pt>
    <dgm:pt modelId="{8E3C5522-F1D3-4227-94AE-F51536F8B6B7}" type="pres">
      <dgm:prSet presAssocID="{ED3C49DC-B946-4A6E-B110-5A3B7C5B1257}" presName="hierChild7" presStyleCnt="0"/>
      <dgm:spPr/>
    </dgm:pt>
    <dgm:pt modelId="{DBA56280-B592-4667-8FBF-AA59C91BDD85}" type="pres">
      <dgm:prSet presAssocID="{110EF82F-4389-42A6-BE5F-51597F8A3BAA}" presName="Name96" presStyleLbl="parChTrans1D3" presStyleIdx="7" presStyleCnt="12"/>
      <dgm:spPr/>
    </dgm:pt>
    <dgm:pt modelId="{5DC8519C-3D7C-40BC-B87A-F505F4A87C01}" type="pres">
      <dgm:prSet presAssocID="{CA12A1D9-C241-42A3-B451-8E7A687C058E}" presName="hierRoot3" presStyleCnt="0">
        <dgm:presLayoutVars>
          <dgm:hierBranch val="init"/>
        </dgm:presLayoutVars>
      </dgm:prSet>
      <dgm:spPr/>
    </dgm:pt>
    <dgm:pt modelId="{F1B38FDF-4056-4B4C-99B7-D96B341DC33F}" type="pres">
      <dgm:prSet presAssocID="{CA12A1D9-C241-42A3-B451-8E7A687C058E}" presName="rootComposite3" presStyleCnt="0"/>
      <dgm:spPr/>
    </dgm:pt>
    <dgm:pt modelId="{687A3A85-6872-491C-AD79-05CC406B1CB6}" type="pres">
      <dgm:prSet presAssocID="{CA12A1D9-C241-42A3-B451-8E7A687C058E}" presName="rootText3" presStyleLbl="asst1" presStyleIdx="7" presStyleCnt="12">
        <dgm:presLayoutVars>
          <dgm:chPref val="3"/>
        </dgm:presLayoutVars>
      </dgm:prSet>
      <dgm:spPr/>
    </dgm:pt>
    <dgm:pt modelId="{7E7FEB32-5BE8-4A44-A010-80B5C58E3F80}" type="pres">
      <dgm:prSet presAssocID="{CA12A1D9-C241-42A3-B451-8E7A687C058E}" presName="titleText3" presStyleLbl="fgAcc2" presStyleIdx="7" presStyleCnt="12">
        <dgm:presLayoutVars>
          <dgm:chMax val="0"/>
          <dgm:chPref val="0"/>
        </dgm:presLayoutVars>
      </dgm:prSet>
      <dgm:spPr/>
    </dgm:pt>
    <dgm:pt modelId="{81270E9A-F4A8-4F51-92F3-377C10918F39}" type="pres">
      <dgm:prSet presAssocID="{CA12A1D9-C241-42A3-B451-8E7A687C058E}" presName="rootConnector3" presStyleLbl="asst2" presStyleIdx="0" presStyleCnt="0"/>
      <dgm:spPr/>
    </dgm:pt>
    <dgm:pt modelId="{B81ABC05-A30E-42A4-ADEA-5041840AEFBB}" type="pres">
      <dgm:prSet presAssocID="{CA12A1D9-C241-42A3-B451-8E7A687C058E}" presName="hierChild6" presStyleCnt="0"/>
      <dgm:spPr/>
    </dgm:pt>
    <dgm:pt modelId="{DEFC3E8F-5373-4883-95F3-E1B6F5306F54}" type="pres">
      <dgm:prSet presAssocID="{CA12A1D9-C241-42A3-B451-8E7A687C058E}" presName="hierChild7" presStyleCnt="0"/>
      <dgm:spPr/>
    </dgm:pt>
    <dgm:pt modelId="{7A5857B6-AFFF-4676-93D1-333E3EE3AA99}" type="pres">
      <dgm:prSet presAssocID="{C6B38CF4-5161-4DDC-9CDA-44D30C07F444}" presName="Name96" presStyleLbl="parChTrans1D3" presStyleIdx="8" presStyleCnt="12"/>
      <dgm:spPr/>
    </dgm:pt>
    <dgm:pt modelId="{F7E8C3B2-C4FF-40E2-B04D-3AE6A487DE70}" type="pres">
      <dgm:prSet presAssocID="{AB791BD7-33CA-432A-9945-87259DFC3006}" presName="hierRoot3" presStyleCnt="0">
        <dgm:presLayoutVars>
          <dgm:hierBranch val="init"/>
        </dgm:presLayoutVars>
      </dgm:prSet>
      <dgm:spPr/>
    </dgm:pt>
    <dgm:pt modelId="{1A1FB0B4-52FF-4930-B38C-BD224161D252}" type="pres">
      <dgm:prSet presAssocID="{AB791BD7-33CA-432A-9945-87259DFC3006}" presName="rootComposite3" presStyleCnt="0"/>
      <dgm:spPr/>
    </dgm:pt>
    <dgm:pt modelId="{3AD8B1E3-ED13-4559-B439-D50EA7A588E8}" type="pres">
      <dgm:prSet presAssocID="{AB791BD7-33CA-432A-9945-87259DFC3006}" presName="rootText3" presStyleLbl="asst1" presStyleIdx="8" presStyleCnt="12">
        <dgm:presLayoutVars>
          <dgm:chPref val="3"/>
        </dgm:presLayoutVars>
      </dgm:prSet>
      <dgm:spPr/>
    </dgm:pt>
    <dgm:pt modelId="{71AF2D12-BF81-464E-90AC-7DADD9329EC0}" type="pres">
      <dgm:prSet presAssocID="{AB791BD7-33CA-432A-9945-87259DFC3006}" presName="titleText3" presStyleLbl="fgAcc2" presStyleIdx="8" presStyleCnt="12">
        <dgm:presLayoutVars>
          <dgm:chMax val="0"/>
          <dgm:chPref val="0"/>
        </dgm:presLayoutVars>
      </dgm:prSet>
      <dgm:spPr/>
    </dgm:pt>
    <dgm:pt modelId="{49F4E8CC-9A7F-414B-995D-D3B20155ECC4}" type="pres">
      <dgm:prSet presAssocID="{AB791BD7-33CA-432A-9945-87259DFC3006}" presName="rootConnector3" presStyleLbl="asst2" presStyleIdx="0" presStyleCnt="0"/>
      <dgm:spPr/>
    </dgm:pt>
    <dgm:pt modelId="{985D3460-D26B-47A6-B40A-CD03E1653699}" type="pres">
      <dgm:prSet presAssocID="{AB791BD7-33CA-432A-9945-87259DFC3006}" presName="hierChild6" presStyleCnt="0"/>
      <dgm:spPr/>
    </dgm:pt>
    <dgm:pt modelId="{66660ADE-A429-4ADC-BFF6-C7907576B6BE}" type="pres">
      <dgm:prSet presAssocID="{AB791BD7-33CA-432A-9945-87259DFC3006}" presName="hierChild7" presStyleCnt="0"/>
      <dgm:spPr/>
    </dgm:pt>
    <dgm:pt modelId="{32B74B9D-213C-4D5D-A7A4-AD79955BF843}" type="pres">
      <dgm:prSet presAssocID="{5E149CE7-0744-42E3-9BD2-ADA69CE761CB}" presName="Name96" presStyleLbl="parChTrans1D3" presStyleIdx="9" presStyleCnt="12"/>
      <dgm:spPr/>
    </dgm:pt>
    <dgm:pt modelId="{41622531-146F-45D5-A91C-52EA61B8EC52}" type="pres">
      <dgm:prSet presAssocID="{64C43D11-0853-416B-BCCF-426CCD31FEDB}" presName="hierRoot3" presStyleCnt="0">
        <dgm:presLayoutVars>
          <dgm:hierBranch val="init"/>
        </dgm:presLayoutVars>
      </dgm:prSet>
      <dgm:spPr/>
    </dgm:pt>
    <dgm:pt modelId="{E809023B-6F13-418C-A96F-BE151D7B55CD}" type="pres">
      <dgm:prSet presAssocID="{64C43D11-0853-416B-BCCF-426CCD31FEDB}" presName="rootComposite3" presStyleCnt="0"/>
      <dgm:spPr/>
    </dgm:pt>
    <dgm:pt modelId="{DD9EE910-AD9A-4A18-95A9-BADF6D805B8E}" type="pres">
      <dgm:prSet presAssocID="{64C43D11-0853-416B-BCCF-426CCD31FEDB}" presName="rootText3" presStyleLbl="asst1" presStyleIdx="9" presStyleCnt="12">
        <dgm:presLayoutVars>
          <dgm:chPref val="3"/>
        </dgm:presLayoutVars>
      </dgm:prSet>
      <dgm:spPr/>
    </dgm:pt>
    <dgm:pt modelId="{5A35FBF9-FA6A-4C0A-AB1F-7A8E77FA0767}" type="pres">
      <dgm:prSet presAssocID="{64C43D11-0853-416B-BCCF-426CCD31FEDB}" presName="titleText3" presStyleLbl="fgAcc2" presStyleIdx="9" presStyleCnt="12">
        <dgm:presLayoutVars>
          <dgm:chMax val="0"/>
          <dgm:chPref val="0"/>
        </dgm:presLayoutVars>
      </dgm:prSet>
      <dgm:spPr/>
    </dgm:pt>
    <dgm:pt modelId="{7458FD51-B029-45BF-A147-5098B254827D}" type="pres">
      <dgm:prSet presAssocID="{64C43D11-0853-416B-BCCF-426CCD31FEDB}" presName="rootConnector3" presStyleLbl="asst2" presStyleIdx="0" presStyleCnt="0"/>
      <dgm:spPr/>
    </dgm:pt>
    <dgm:pt modelId="{51F1C62E-1DCF-4A50-8AA9-471DB78DC136}" type="pres">
      <dgm:prSet presAssocID="{64C43D11-0853-416B-BCCF-426CCD31FEDB}" presName="hierChild6" presStyleCnt="0"/>
      <dgm:spPr/>
    </dgm:pt>
    <dgm:pt modelId="{7B831356-7695-49B3-A070-B7421502998E}" type="pres">
      <dgm:prSet presAssocID="{64C43D11-0853-416B-BCCF-426CCD31FEDB}" presName="hierChild7" presStyleCnt="0"/>
      <dgm:spPr/>
    </dgm:pt>
    <dgm:pt modelId="{74F06853-0BAC-4BF5-82EA-37F2B58B7619}" type="pres">
      <dgm:prSet presAssocID="{8297F6EA-688C-48AD-9BB2-21465B4E6AAC}" presName="Name96" presStyleLbl="parChTrans1D3" presStyleIdx="10" presStyleCnt="12"/>
      <dgm:spPr/>
    </dgm:pt>
    <dgm:pt modelId="{0A258ECE-A81C-4618-80DA-FFCA9164B5B9}" type="pres">
      <dgm:prSet presAssocID="{E80BACDF-17EC-4761-9D90-47FE5EA205CC}" presName="hierRoot3" presStyleCnt="0">
        <dgm:presLayoutVars>
          <dgm:hierBranch val="init"/>
        </dgm:presLayoutVars>
      </dgm:prSet>
      <dgm:spPr/>
    </dgm:pt>
    <dgm:pt modelId="{660756E4-F6DA-4931-B1AA-CDC7433A5C31}" type="pres">
      <dgm:prSet presAssocID="{E80BACDF-17EC-4761-9D90-47FE5EA205CC}" presName="rootComposite3" presStyleCnt="0"/>
      <dgm:spPr/>
    </dgm:pt>
    <dgm:pt modelId="{C265FFC2-C021-4F7D-8097-52525A208DBC}" type="pres">
      <dgm:prSet presAssocID="{E80BACDF-17EC-4761-9D90-47FE5EA205CC}" presName="rootText3" presStyleLbl="asst1" presStyleIdx="10" presStyleCnt="12">
        <dgm:presLayoutVars>
          <dgm:chPref val="3"/>
        </dgm:presLayoutVars>
      </dgm:prSet>
      <dgm:spPr/>
    </dgm:pt>
    <dgm:pt modelId="{32424B04-13A7-4B79-8227-3F7D5009D58B}" type="pres">
      <dgm:prSet presAssocID="{E80BACDF-17EC-4761-9D90-47FE5EA205CC}" presName="titleText3" presStyleLbl="fgAcc2" presStyleIdx="10" presStyleCnt="12">
        <dgm:presLayoutVars>
          <dgm:chMax val="0"/>
          <dgm:chPref val="0"/>
        </dgm:presLayoutVars>
      </dgm:prSet>
      <dgm:spPr/>
    </dgm:pt>
    <dgm:pt modelId="{12D2A741-8EDB-486F-80C4-107373D985E0}" type="pres">
      <dgm:prSet presAssocID="{E80BACDF-17EC-4761-9D90-47FE5EA205CC}" presName="rootConnector3" presStyleLbl="asst2" presStyleIdx="0" presStyleCnt="0"/>
      <dgm:spPr/>
    </dgm:pt>
    <dgm:pt modelId="{7B3CFD37-6ABE-4430-8EF8-EE19D2BB12FC}" type="pres">
      <dgm:prSet presAssocID="{E80BACDF-17EC-4761-9D90-47FE5EA205CC}" presName="hierChild6" presStyleCnt="0"/>
      <dgm:spPr/>
    </dgm:pt>
    <dgm:pt modelId="{98D5F2BE-C27E-49AC-B4ED-0A37177D7EF0}" type="pres">
      <dgm:prSet presAssocID="{E80BACDF-17EC-4761-9D90-47FE5EA205CC}" presName="hierChild7" presStyleCnt="0"/>
      <dgm:spPr/>
    </dgm:pt>
    <dgm:pt modelId="{A8D42586-0836-4B24-8240-4118E012DEF5}" type="pres">
      <dgm:prSet presAssocID="{6784F242-559B-4D27-AB74-C47B56A4926B}" presName="Name96" presStyleLbl="parChTrans1D3" presStyleIdx="11" presStyleCnt="12"/>
      <dgm:spPr/>
    </dgm:pt>
    <dgm:pt modelId="{28097285-35A8-49C2-B2E3-2B7C6A3A754C}" type="pres">
      <dgm:prSet presAssocID="{5E66C357-A81B-4F8A-B0BB-369109ECB311}" presName="hierRoot3" presStyleCnt="0">
        <dgm:presLayoutVars>
          <dgm:hierBranch val="init"/>
        </dgm:presLayoutVars>
      </dgm:prSet>
      <dgm:spPr/>
    </dgm:pt>
    <dgm:pt modelId="{BDC1604B-19FF-463F-A629-5974B993A46D}" type="pres">
      <dgm:prSet presAssocID="{5E66C357-A81B-4F8A-B0BB-369109ECB311}" presName="rootComposite3" presStyleCnt="0"/>
      <dgm:spPr/>
    </dgm:pt>
    <dgm:pt modelId="{A6AB4D04-23FC-4A71-88DE-909221DC4CF5}" type="pres">
      <dgm:prSet presAssocID="{5E66C357-A81B-4F8A-B0BB-369109ECB311}" presName="rootText3" presStyleLbl="asst1" presStyleIdx="11" presStyleCnt="12">
        <dgm:presLayoutVars>
          <dgm:chPref val="3"/>
        </dgm:presLayoutVars>
      </dgm:prSet>
      <dgm:spPr/>
    </dgm:pt>
    <dgm:pt modelId="{6B9738A1-94DE-477F-AA8D-0B793FFD4DFE}" type="pres">
      <dgm:prSet presAssocID="{5E66C357-A81B-4F8A-B0BB-369109ECB311}" presName="titleText3" presStyleLbl="fgAcc2" presStyleIdx="11" presStyleCnt="12">
        <dgm:presLayoutVars>
          <dgm:chMax val="0"/>
          <dgm:chPref val="0"/>
        </dgm:presLayoutVars>
      </dgm:prSet>
      <dgm:spPr/>
    </dgm:pt>
    <dgm:pt modelId="{DF53C6E8-1165-4FE4-91DB-2B1633611730}" type="pres">
      <dgm:prSet presAssocID="{5E66C357-A81B-4F8A-B0BB-369109ECB311}" presName="rootConnector3" presStyleLbl="asst2" presStyleIdx="0" presStyleCnt="0"/>
      <dgm:spPr/>
    </dgm:pt>
    <dgm:pt modelId="{B8718FF9-2CBB-4230-84A8-DBD825ACBA90}" type="pres">
      <dgm:prSet presAssocID="{5E66C357-A81B-4F8A-B0BB-369109ECB311}" presName="hierChild6" presStyleCnt="0"/>
      <dgm:spPr/>
    </dgm:pt>
    <dgm:pt modelId="{9860EFB0-A91A-442E-94A7-C1EDAE75988B}" type="pres">
      <dgm:prSet presAssocID="{5E66C357-A81B-4F8A-B0BB-369109ECB311}" presName="hierChild7" presStyleCnt="0"/>
      <dgm:spPr/>
    </dgm:pt>
    <dgm:pt modelId="{C1B820C2-A7C5-4ED2-A481-2EE1E1F5B648}" type="pres">
      <dgm:prSet presAssocID="{C9D50B8D-EFD4-4918-9667-9AFB4930E030}" presName="hierChild3" presStyleCnt="0"/>
      <dgm:spPr/>
    </dgm:pt>
  </dgm:ptLst>
  <dgm:cxnLst>
    <dgm:cxn modelId="{BCA17E01-F3D8-4CA9-939B-F48E1A5C4119}" srcId="{3E33F099-1941-41FF-AD4B-A523356E242F}" destId="{C9D50B8D-EFD4-4918-9667-9AFB4930E030}" srcOrd="0" destOrd="0" parTransId="{26D4E5D5-9A69-49FB-9ABC-0D1C5E9BF4F6}" sibTransId="{0652062C-2BBC-49A9-8B1F-BE5BDF32BC71}"/>
    <dgm:cxn modelId="{86CC2507-1BED-42B0-BBCE-CC8F2CAB47AC}" type="presOf" srcId="{6784F242-559B-4D27-AB74-C47B56A4926B}" destId="{A8D42586-0836-4B24-8240-4118E012DEF5}" srcOrd="0" destOrd="0" presId="urn:microsoft.com/office/officeart/2008/layout/NameandTitleOrganizationalChart"/>
    <dgm:cxn modelId="{409A9A0A-08BB-4AEE-99D6-A19021602459}" type="presOf" srcId="{0652062C-2BBC-49A9-8B1F-BE5BDF32BC71}" destId="{F939180F-96A2-412B-BB81-16E88F3F9AF2}" srcOrd="0" destOrd="0" presId="urn:microsoft.com/office/officeart/2008/layout/NameandTitleOrganizationalChart"/>
    <dgm:cxn modelId="{FBEF870D-4CFF-44B1-A962-E944000E5573}" type="presOf" srcId="{64C43D11-0853-416B-BCCF-426CCD31FEDB}" destId="{7458FD51-B029-45BF-A147-5098B254827D}" srcOrd="1" destOrd="0" presId="urn:microsoft.com/office/officeart/2008/layout/NameandTitleOrganizationalChart"/>
    <dgm:cxn modelId="{8372990E-EACB-4E79-AD46-3667D5C29DBF}" type="presOf" srcId="{1A5D6091-F2A9-4AC0-BA0A-C9136396FAD7}" destId="{C95ECF3F-DC3B-462D-AAFD-45290388313D}" srcOrd="0" destOrd="0" presId="urn:microsoft.com/office/officeart/2008/layout/NameandTitleOrganizationalChart"/>
    <dgm:cxn modelId="{E5DB580F-519F-43C7-ADF8-371DFAFF5DFC}" type="presOf" srcId="{767C962C-51CC-4C38-A924-155874361E67}" destId="{5F7995F4-04DA-43B6-A6E4-4039B2268AFB}" srcOrd="0" destOrd="0" presId="urn:microsoft.com/office/officeart/2008/layout/NameandTitleOrganizationalChart"/>
    <dgm:cxn modelId="{5778A711-005F-4140-8A5D-D33DFF140E93}" type="presOf" srcId="{767C962C-51CC-4C38-A924-155874361E67}" destId="{E89E93A7-A3DB-4393-B022-66CE1F34FB27}" srcOrd="1" destOrd="0" presId="urn:microsoft.com/office/officeart/2008/layout/NameandTitleOrganizationalChart"/>
    <dgm:cxn modelId="{714F7212-80F5-4FBF-9F51-FE67663EE8E5}" type="presOf" srcId="{5E585812-3253-4AFE-8E44-B0BC7015429A}" destId="{71AF2D12-BF81-464E-90AC-7DADD9329EC0}" srcOrd="0" destOrd="0" presId="urn:microsoft.com/office/officeart/2008/layout/NameandTitleOrganizationalChart"/>
    <dgm:cxn modelId="{84652113-E34A-4E6E-917A-D23CA859D72B}" type="presOf" srcId="{110EF82F-4389-42A6-BE5F-51597F8A3BAA}" destId="{DBA56280-B592-4667-8FBF-AA59C91BDD85}" srcOrd="0" destOrd="0" presId="urn:microsoft.com/office/officeart/2008/layout/NameandTitleOrganizationalChart"/>
    <dgm:cxn modelId="{C239DD16-DCDE-4B82-8F04-B2D1CC256040}" srcId="{1CE27770-1EDE-4660-B3CE-2BBC78FE0E37}" destId="{CA12A1D9-C241-42A3-B451-8E7A687C058E}" srcOrd="1" destOrd="0" parTransId="{110EF82F-4389-42A6-BE5F-51597F8A3BAA}" sibTransId="{8AA999D9-74E2-41E2-B41E-CAF44E41C7E4}"/>
    <dgm:cxn modelId="{1CBBB817-AB6C-45F5-8944-79271DE41D7C}" type="presOf" srcId="{ED3C49DC-B946-4A6E-B110-5A3B7C5B1257}" destId="{E7563D71-256A-4089-83C5-C352534B0848}" srcOrd="0" destOrd="0" presId="urn:microsoft.com/office/officeart/2008/layout/NameandTitleOrganizationalChart"/>
    <dgm:cxn modelId="{6C03F11B-6B33-4FDD-898A-972F218D1B6B}" type="presOf" srcId="{CA12A1D9-C241-42A3-B451-8E7A687C058E}" destId="{81270E9A-F4A8-4F51-92F3-377C10918F39}" srcOrd="1" destOrd="0" presId="urn:microsoft.com/office/officeart/2008/layout/NameandTitleOrganizationalChart"/>
    <dgm:cxn modelId="{5A41E524-2C2F-455B-92DC-65BB8090F4E5}" type="presOf" srcId="{ED3C49DC-B946-4A6E-B110-5A3B7C5B1257}" destId="{6C33C8D5-DAAE-46CA-A57B-07CB14747CE9}" srcOrd="1" destOrd="0" presId="urn:microsoft.com/office/officeart/2008/layout/NameandTitleOrganizationalChart"/>
    <dgm:cxn modelId="{EBCD342E-2040-4A4A-92F8-C479C7A7F9B4}" type="presOf" srcId="{1CE27770-1EDE-4660-B3CE-2BBC78FE0E37}" destId="{6C5F619E-165B-4793-B6EC-7C994376BA60}" srcOrd="1" destOrd="0" presId="urn:microsoft.com/office/officeart/2008/layout/NameandTitleOrganizationalChart"/>
    <dgm:cxn modelId="{A4EBEC31-3503-4586-9E28-3E7674CF29B8}" type="presOf" srcId="{F6658BF2-E4D0-4CFD-B37A-BD8A2A5037CC}" destId="{229DA846-BCE5-40D7-B6A1-2938938E2962}" srcOrd="1" destOrd="0" presId="urn:microsoft.com/office/officeart/2008/layout/NameandTitleOrganizationalChart"/>
    <dgm:cxn modelId="{BEA02034-9776-4D01-97B5-C934989BC16A}" type="presOf" srcId="{144865FF-1044-49F5-A87F-7B7E90C239F3}" destId="{7CEEE34C-08B0-4741-AAE4-8D283FF534C6}" srcOrd="0" destOrd="0" presId="urn:microsoft.com/office/officeart/2008/layout/NameandTitleOrganizationalChart"/>
    <dgm:cxn modelId="{C054A334-57D9-4ED5-BAF8-139C0E3039FE}" srcId="{1CE27770-1EDE-4660-B3CE-2BBC78FE0E37}" destId="{5E66C357-A81B-4F8A-B0BB-369109ECB311}" srcOrd="5" destOrd="0" parTransId="{6784F242-559B-4D27-AB74-C47B56A4926B}" sibTransId="{C74AA0EF-489A-4A05-AE95-35CF446E17A2}"/>
    <dgm:cxn modelId="{5417CB3F-FA80-456A-8F71-895E0767F724}" type="presOf" srcId="{C74AA0EF-489A-4A05-AE95-35CF446E17A2}" destId="{6B9738A1-94DE-477F-AA8D-0B793FFD4DFE}" srcOrd="0" destOrd="0" presId="urn:microsoft.com/office/officeart/2008/layout/NameandTitleOrganizationalChart"/>
    <dgm:cxn modelId="{2A5BD640-6D67-41B2-97D1-7F08E0C52460}" srcId="{EC6F2F24-D554-4471-BC03-588ABDDB315D}" destId="{5FB53552-7948-45FA-8B31-40A789C28EA0}" srcOrd="4" destOrd="0" parTransId="{23B1DD58-EBF7-4E79-9AED-611A05DEE510}" sibTransId="{EF19682F-65CB-46E6-9F2E-18598A409AE3}"/>
    <dgm:cxn modelId="{BF63F35B-6869-4263-86E7-59A1C10EC325}" type="presOf" srcId="{B70CBC63-19A9-4C74-9565-A09071AD4F99}" destId="{F9FA124B-818F-42A7-9DFA-A06499287683}" srcOrd="0" destOrd="0" presId="urn:microsoft.com/office/officeart/2008/layout/NameandTitleOrganizationalChart"/>
    <dgm:cxn modelId="{3210B25E-8E5D-4D45-800A-FCFA005F9AC3}" srcId="{1CE27770-1EDE-4660-B3CE-2BBC78FE0E37}" destId="{ED3C49DC-B946-4A6E-B110-5A3B7C5B1257}" srcOrd="0" destOrd="0" parTransId="{CE2A0163-9F2E-4DC9-83D6-638D0C9C080D}" sibTransId="{01016F88-A6A9-478D-818B-233162FAA103}"/>
    <dgm:cxn modelId="{F75FF260-2B29-45E1-9AB5-DB3D3A0B0F16}" type="presOf" srcId="{85BCF604-9442-49B4-BD59-16440EE587CB}" destId="{4E8FF80A-DDA7-491B-940F-A422B3EB405C}" srcOrd="0" destOrd="0" presId="urn:microsoft.com/office/officeart/2008/layout/NameandTitleOrganizationalChart"/>
    <dgm:cxn modelId="{C80C3562-8013-4D45-8BE2-D844CCA438F2}" type="presOf" srcId="{64995854-6909-4274-8971-8B78D786AFA3}" destId="{BF0A8105-072D-401E-8169-E66C543E456A}" srcOrd="0" destOrd="0" presId="urn:microsoft.com/office/officeart/2008/layout/NameandTitleOrganizationalChart"/>
    <dgm:cxn modelId="{038EF945-EFDC-45D1-921E-801D58E3DE23}" srcId="{EC6F2F24-D554-4471-BC03-588ABDDB315D}" destId="{B70CBC63-19A9-4C74-9565-A09071AD4F99}" srcOrd="1" destOrd="0" parTransId="{EFB4EDAA-1FEE-4A81-BF76-46AD3C461086}" sibTransId="{D3667895-50D5-4EB9-AB70-EF16CDD5E8D5}"/>
    <dgm:cxn modelId="{6DC13D49-1624-48DF-8F4F-FD9CA84A864A}" type="presOf" srcId="{B70CBC63-19A9-4C74-9565-A09071AD4F99}" destId="{6E64D63A-6F05-46E9-B80B-47FF51BFFCC4}" srcOrd="1" destOrd="0" presId="urn:microsoft.com/office/officeart/2008/layout/NameandTitleOrganizationalChart"/>
    <dgm:cxn modelId="{E0DFF46A-5940-43D0-8CC9-4C2F1D4DC670}" type="presOf" srcId="{5E149CE7-0744-42E3-9BD2-ADA69CE761CB}" destId="{32B74B9D-213C-4D5D-A7A4-AD79955BF843}" srcOrd="0" destOrd="0" presId="urn:microsoft.com/office/officeart/2008/layout/NameandTitleOrganizationalChart"/>
    <dgm:cxn modelId="{DA03F06B-E440-4106-BE78-F277CFA598C9}" srcId="{EC6F2F24-D554-4471-BC03-588ABDDB315D}" destId="{1A5D6091-F2A9-4AC0-BA0A-C9136396FAD7}" srcOrd="5" destOrd="0" parTransId="{A2DC38CE-074C-483E-BCC1-AD627068373B}" sibTransId="{0ABCF180-404A-42CC-982B-826F855EFA77}"/>
    <dgm:cxn modelId="{D4FF654D-8556-4C87-B621-A952DE2EE4CA}" type="presOf" srcId="{EFB4EDAA-1FEE-4A81-BF76-46AD3C461086}" destId="{D3E5EF68-8F5A-44D8-8247-B523026A6039}" srcOrd="0" destOrd="0" presId="urn:microsoft.com/office/officeart/2008/layout/NameandTitleOrganizationalChart"/>
    <dgm:cxn modelId="{1A9C004F-58AE-496D-8573-1E198830731F}" type="presOf" srcId="{741573EB-B4A8-4817-8681-750B3D3A4AB0}" destId="{81A5ECC8-8EDD-48E2-931C-46A87C2810A1}" srcOrd="0" destOrd="0" presId="urn:microsoft.com/office/officeart/2008/layout/NameandTitleOrganizationalChart"/>
    <dgm:cxn modelId="{AECB176F-9D08-44AC-BDD5-22CDE2F17CA7}" type="presOf" srcId="{8297F6EA-688C-48AD-9BB2-21465B4E6AAC}" destId="{74F06853-0BAC-4BF5-82EA-37F2B58B7619}" srcOrd="0" destOrd="0" presId="urn:microsoft.com/office/officeart/2008/layout/NameandTitleOrganizationalChart"/>
    <dgm:cxn modelId="{FCF5C374-EC86-46CA-9256-99C1EBC0C5FF}" srcId="{1CE27770-1EDE-4660-B3CE-2BBC78FE0E37}" destId="{E80BACDF-17EC-4761-9D90-47FE5EA205CC}" srcOrd="4" destOrd="0" parTransId="{8297F6EA-688C-48AD-9BB2-21465B4E6AAC}" sibTransId="{4BDA5AF6-8890-49FB-A0FC-A7339117EBF0}"/>
    <dgm:cxn modelId="{D71E4D75-E38D-4EC7-81DD-67C52B3726BF}" type="presOf" srcId="{3E33F099-1941-41FF-AD4B-A523356E242F}" destId="{37E4D216-F252-46EC-94B3-9144D0FCF0CA}" srcOrd="0" destOrd="0" presId="urn:microsoft.com/office/officeart/2008/layout/NameandTitleOrganizationalChart"/>
    <dgm:cxn modelId="{DC9C5257-32DC-4049-8BB5-D0863E2D8D21}" srcId="{EC6F2F24-D554-4471-BC03-588ABDDB315D}" destId="{741573EB-B4A8-4817-8681-750B3D3A4AB0}" srcOrd="0" destOrd="0" parTransId="{85BCF604-9442-49B4-BD59-16440EE587CB}" sibTransId="{E67DACEE-C025-4F2C-B58C-E71914240536}"/>
    <dgm:cxn modelId="{88ADEC58-132F-4654-83A8-FF175F6CDE1E}" type="presOf" srcId="{5B8CADFE-25E8-47A3-BE97-A6FDF763F6B4}" destId="{38CEF2AA-88A1-4794-874F-4A49B1CE296C}" srcOrd="0" destOrd="0" presId="urn:microsoft.com/office/officeart/2008/layout/NameandTitleOrganizationalChart"/>
    <dgm:cxn modelId="{635E047B-F5B5-44EE-ACAF-2C1B95ECE1B9}" type="presOf" srcId="{5FB53552-7948-45FA-8B31-40A789C28EA0}" destId="{96E3B17A-D856-4BA2-86E8-717DCD2B656C}" srcOrd="0" destOrd="0" presId="urn:microsoft.com/office/officeart/2008/layout/NameandTitleOrganizationalChart"/>
    <dgm:cxn modelId="{C78C377B-43AA-43B3-9503-2431B3B536EA}" type="presOf" srcId="{0C4FBE95-C270-440A-9383-D169A7E91FCD}" destId="{67ED9CC1-9242-48F8-8AAA-23925FDAFB26}" srcOrd="0" destOrd="0" presId="urn:microsoft.com/office/officeart/2008/layout/NameandTitleOrganizationalChart"/>
    <dgm:cxn modelId="{7D2CAA7B-B3C8-45FE-9C6D-27292E36B392}" srcId="{EC6F2F24-D554-4471-BC03-588ABDDB315D}" destId="{767C962C-51CC-4C38-A924-155874361E67}" srcOrd="3" destOrd="0" parTransId="{64995854-6909-4274-8971-8B78D786AFA3}" sibTransId="{144865FF-1044-49F5-A87F-7B7E90C239F3}"/>
    <dgm:cxn modelId="{2802EF7B-7006-44BF-A7FF-7E7CE1AE289F}" type="presOf" srcId="{C6B38CF4-5161-4DDC-9CDA-44D30C07F444}" destId="{7A5857B6-AFFF-4676-93D1-333E3EE3AA99}" srcOrd="0" destOrd="0" presId="urn:microsoft.com/office/officeart/2008/layout/NameandTitleOrganizationalChart"/>
    <dgm:cxn modelId="{6F2CA27E-1254-4487-B1F5-CF07B8DB0DF5}" srcId="{1CE27770-1EDE-4660-B3CE-2BBC78FE0E37}" destId="{AB791BD7-33CA-432A-9945-87259DFC3006}" srcOrd="2" destOrd="0" parTransId="{C6B38CF4-5161-4DDC-9CDA-44D30C07F444}" sibTransId="{5E585812-3253-4AFE-8E44-B0BC7015429A}"/>
    <dgm:cxn modelId="{EF2E9C81-24FC-4349-89F8-E79CF0B89BBB}" type="presOf" srcId="{01016F88-A6A9-478D-818B-233162FAA103}" destId="{CC93BB7F-9E50-41E3-B468-E94E50A395FA}" srcOrd="0" destOrd="0" presId="urn:microsoft.com/office/officeart/2008/layout/NameandTitleOrganizationalChart"/>
    <dgm:cxn modelId="{C4174A86-6084-4336-9F46-3A4DB74C9419}" type="presOf" srcId="{5E66C357-A81B-4F8A-B0BB-369109ECB311}" destId="{DF53C6E8-1165-4FE4-91DB-2B1633611730}" srcOrd="1" destOrd="0" presId="urn:microsoft.com/office/officeart/2008/layout/NameandTitleOrganizationalChart"/>
    <dgm:cxn modelId="{8580F189-8AC4-4240-B883-F305833A381C}" type="presOf" srcId="{EC6F2F24-D554-4471-BC03-588ABDDB315D}" destId="{30FE132C-DD3D-4775-96C7-1BD3A69D818D}" srcOrd="1" destOrd="0" presId="urn:microsoft.com/office/officeart/2008/layout/NameandTitleOrganizationalChart"/>
    <dgm:cxn modelId="{FD0E5690-6D42-45CE-BDEA-E62109032202}" type="presOf" srcId="{23B1DD58-EBF7-4E79-9AED-611A05DEE510}" destId="{AF7F7578-C74B-45EC-AE49-5ACF5249F2B3}" srcOrd="0" destOrd="0" presId="urn:microsoft.com/office/officeart/2008/layout/NameandTitleOrganizationalChart"/>
    <dgm:cxn modelId="{57479E91-AD7D-48DD-B471-A58B77925E10}" type="presOf" srcId="{EF19682F-65CB-46E6-9F2E-18598A409AE3}" destId="{C89EC501-9296-4BE9-B210-E68FB6A6A7DE}" srcOrd="0" destOrd="0" presId="urn:microsoft.com/office/officeart/2008/layout/NameandTitleOrganizationalChart"/>
    <dgm:cxn modelId="{9F2DFB91-502B-4463-86A2-9D4F1D4B0CB9}" type="presOf" srcId="{C9D50B8D-EFD4-4918-9667-9AFB4930E030}" destId="{2BF3D7C1-EA9E-4F8D-87DF-D4B2E1894338}" srcOrd="0" destOrd="0" presId="urn:microsoft.com/office/officeart/2008/layout/NameandTitleOrganizationalChart"/>
    <dgm:cxn modelId="{9D5B4897-D768-40A4-B68A-43ABF675EBF0}" type="presOf" srcId="{CF6160FA-45E7-486E-A547-B792842187B8}" destId="{4DAE781F-E99C-42B1-AE65-69CF56C6B0E4}" srcOrd="0" destOrd="0" presId="urn:microsoft.com/office/officeart/2008/layout/NameandTitleOrganizationalChart"/>
    <dgm:cxn modelId="{AB82E998-20B9-46BF-B280-2D84D0C9364F}" srcId="{1CE27770-1EDE-4660-B3CE-2BBC78FE0E37}" destId="{64C43D11-0853-416B-BCCF-426CCD31FEDB}" srcOrd="3" destOrd="0" parTransId="{5E149CE7-0744-42E3-9BD2-ADA69CE761CB}" sibTransId="{9AF06754-5551-48FF-A94F-3A82B1F9AEEB}"/>
    <dgm:cxn modelId="{F6E8579D-EEF8-4CFC-9792-B6D6A16BA5AE}" type="presOf" srcId="{CE2A0163-9F2E-4DC9-83D6-638D0C9C080D}" destId="{3909D681-168A-47F7-B8EF-927F27D46B90}" srcOrd="0" destOrd="0" presId="urn:microsoft.com/office/officeart/2008/layout/NameandTitleOrganizationalChart"/>
    <dgm:cxn modelId="{BAC2549E-3FAA-4AD3-AD8F-9FA1E30DD35E}" type="presOf" srcId="{E80BACDF-17EC-4761-9D90-47FE5EA205CC}" destId="{C265FFC2-C021-4F7D-8097-52525A208DBC}" srcOrd="0" destOrd="0" presId="urn:microsoft.com/office/officeart/2008/layout/NameandTitleOrganizationalChart"/>
    <dgm:cxn modelId="{3D97899E-9F01-42F2-81CE-D24DF3A779AE}" srcId="{EC6F2F24-D554-4471-BC03-588ABDDB315D}" destId="{F6658BF2-E4D0-4CFD-B37A-BD8A2A5037CC}" srcOrd="2" destOrd="0" parTransId="{CF6160FA-45E7-486E-A547-B792842187B8}" sibTransId="{DF778D16-F7CD-4105-A993-ABC58722129D}"/>
    <dgm:cxn modelId="{EE5C6EAA-4F1C-4ABC-AF1C-2906B56FD8E7}" srcId="{C9D50B8D-EFD4-4918-9667-9AFB4930E030}" destId="{1CE27770-1EDE-4660-B3CE-2BBC78FE0E37}" srcOrd="1" destOrd="0" parTransId="{5B8CADFE-25E8-47A3-BE97-A6FDF763F6B4}" sibTransId="{0C4FBE95-C270-440A-9383-D169A7E91FCD}"/>
    <dgm:cxn modelId="{7112C5AA-C50D-46F5-B737-B98BE6445995}" type="presOf" srcId="{0ABCF180-404A-42CC-982B-826F855EFA77}" destId="{D8383A04-0BB8-4692-BCDC-DCB9A51B48FA}" srcOrd="0" destOrd="0" presId="urn:microsoft.com/office/officeart/2008/layout/NameandTitleOrganizationalChart"/>
    <dgm:cxn modelId="{169DD1AA-58E5-4C03-8F9C-CA5EB3B243F9}" type="presOf" srcId="{AB791BD7-33CA-432A-9945-87259DFC3006}" destId="{3AD8B1E3-ED13-4559-B439-D50EA7A588E8}" srcOrd="0" destOrd="0" presId="urn:microsoft.com/office/officeart/2008/layout/NameandTitleOrganizationalChart"/>
    <dgm:cxn modelId="{ED2D03B0-56B5-4E07-B014-B00C8D0DDDAA}" type="presOf" srcId="{5E66C357-A81B-4F8A-B0BB-369109ECB311}" destId="{A6AB4D04-23FC-4A71-88DE-909221DC4CF5}" srcOrd="0" destOrd="0" presId="urn:microsoft.com/office/officeart/2008/layout/NameandTitleOrganizationalChart"/>
    <dgm:cxn modelId="{8EEB62B2-1D38-463A-86F4-C40778675A83}" type="presOf" srcId="{4BDA5AF6-8890-49FB-A0FC-A7339117EBF0}" destId="{32424B04-13A7-4B79-8227-3F7D5009D58B}" srcOrd="0" destOrd="0" presId="urn:microsoft.com/office/officeart/2008/layout/NameandTitleOrganizationalChart"/>
    <dgm:cxn modelId="{0399A9B6-9117-4C13-8FAA-654FBCAE7B1F}" srcId="{C9D50B8D-EFD4-4918-9667-9AFB4930E030}" destId="{EC6F2F24-D554-4471-BC03-588ABDDB315D}" srcOrd="0" destOrd="0" parTransId="{6F310687-471F-46AC-93E1-5CA6ADF08B97}" sibTransId="{7C9B0FF7-1EE6-4ED1-88DE-9BEAD6199131}"/>
    <dgm:cxn modelId="{BC16EBB9-AC32-4805-B0B6-4F72ACDA25CF}" type="presOf" srcId="{6F310687-471F-46AC-93E1-5CA6ADF08B97}" destId="{C69760F4-7A4E-42F8-AFEF-D1B1CFC02AAD}" srcOrd="0" destOrd="0" presId="urn:microsoft.com/office/officeart/2008/layout/NameandTitleOrganizationalChart"/>
    <dgm:cxn modelId="{2AC8BBBA-2C62-4C86-BEA1-D79924F40011}" type="presOf" srcId="{8AA999D9-74E2-41E2-B41E-CAF44E41C7E4}" destId="{7E7FEB32-5BE8-4A44-A010-80B5C58E3F80}" srcOrd="0" destOrd="0" presId="urn:microsoft.com/office/officeart/2008/layout/NameandTitleOrganizationalChart"/>
    <dgm:cxn modelId="{41889FBB-74FE-4C49-80B3-2F0A5456546C}" type="presOf" srcId="{E67DACEE-C025-4F2C-B58C-E71914240536}" destId="{5513ACD8-D613-464D-8F4C-32411DDEC3D7}" srcOrd="0" destOrd="0" presId="urn:microsoft.com/office/officeart/2008/layout/NameandTitleOrganizationalChart"/>
    <dgm:cxn modelId="{D6F7C2C1-BB77-4C9B-9ADD-E34FDFF7BE97}" type="presOf" srcId="{AB791BD7-33CA-432A-9945-87259DFC3006}" destId="{49F4E8CC-9A7F-414B-995D-D3B20155ECC4}" srcOrd="1" destOrd="0" presId="urn:microsoft.com/office/officeart/2008/layout/NameandTitleOrganizationalChart"/>
    <dgm:cxn modelId="{7A93D1C2-0B82-4DEF-B76B-2E865581AAE1}" type="presOf" srcId="{64C43D11-0853-416B-BCCF-426CCD31FEDB}" destId="{DD9EE910-AD9A-4A18-95A9-BADF6D805B8E}" srcOrd="0" destOrd="0" presId="urn:microsoft.com/office/officeart/2008/layout/NameandTitleOrganizationalChart"/>
    <dgm:cxn modelId="{DAD5C7C4-2663-4597-B121-C484FE40EDEA}" type="presOf" srcId="{D3667895-50D5-4EB9-AB70-EF16CDD5E8D5}" destId="{8F0BB482-BB62-4A62-A43B-7DFE1E6B0565}" srcOrd="0" destOrd="0" presId="urn:microsoft.com/office/officeart/2008/layout/NameandTitleOrganizationalChart"/>
    <dgm:cxn modelId="{E7880BD1-4321-48FD-A064-907096C308C6}" type="presOf" srcId="{C9D50B8D-EFD4-4918-9667-9AFB4930E030}" destId="{F9CC971D-DA99-4CD1-8959-2AB47F5678B8}" srcOrd="1" destOrd="0" presId="urn:microsoft.com/office/officeart/2008/layout/NameandTitleOrganizationalChart"/>
    <dgm:cxn modelId="{D247D1D1-DBF9-4A14-A4DA-344B758C5767}" type="presOf" srcId="{EC6F2F24-D554-4471-BC03-588ABDDB315D}" destId="{D1FC463D-F60E-4A64-8B9E-39C7332A3F2A}" srcOrd="0" destOrd="0" presId="urn:microsoft.com/office/officeart/2008/layout/NameandTitleOrganizationalChart"/>
    <dgm:cxn modelId="{AEBCD8D2-1AC7-4FF0-AFF3-B9E4A2F1C4C8}" type="presOf" srcId="{CA12A1D9-C241-42A3-B451-8E7A687C058E}" destId="{687A3A85-6872-491C-AD79-05CC406B1CB6}" srcOrd="0" destOrd="0" presId="urn:microsoft.com/office/officeart/2008/layout/NameandTitleOrganizationalChart"/>
    <dgm:cxn modelId="{507ECEDA-5379-4754-9DA0-D5917C65F67E}" type="presOf" srcId="{7C9B0FF7-1EE6-4ED1-88DE-9BEAD6199131}" destId="{16FF1A62-DAFB-43CF-891E-8C774467900C}" srcOrd="0" destOrd="0" presId="urn:microsoft.com/office/officeart/2008/layout/NameandTitleOrganizationalChart"/>
    <dgm:cxn modelId="{6F7DC3DC-B800-4CD8-A66E-5C212993435C}" type="presOf" srcId="{741573EB-B4A8-4817-8681-750B3D3A4AB0}" destId="{FBB9A211-24F7-4F48-A6F4-581D308B4874}" srcOrd="1" destOrd="0" presId="urn:microsoft.com/office/officeart/2008/layout/NameandTitleOrganizationalChart"/>
    <dgm:cxn modelId="{F8FE0FE1-ADFD-4456-AD41-A7053D7F9976}" type="presOf" srcId="{DF778D16-F7CD-4105-A993-ABC58722129D}" destId="{B9B113CF-B29C-4824-B7B5-1F8105A5F621}" srcOrd="0" destOrd="0" presId="urn:microsoft.com/office/officeart/2008/layout/NameandTitleOrganizationalChart"/>
    <dgm:cxn modelId="{F05A95E1-B909-47F2-9E1B-7A780EC41F92}" type="presOf" srcId="{F6658BF2-E4D0-4CFD-B37A-BD8A2A5037CC}" destId="{331D7FB3-CD86-45EE-B1B3-B266620157FE}" srcOrd="0" destOrd="0" presId="urn:microsoft.com/office/officeart/2008/layout/NameandTitleOrganizationalChart"/>
    <dgm:cxn modelId="{651BA1E2-FC89-4050-B4B1-8758B6C2ECB4}" type="presOf" srcId="{E80BACDF-17EC-4761-9D90-47FE5EA205CC}" destId="{12D2A741-8EDB-486F-80C4-107373D985E0}" srcOrd="1" destOrd="0" presId="urn:microsoft.com/office/officeart/2008/layout/NameandTitleOrganizationalChart"/>
    <dgm:cxn modelId="{8CB041E6-B302-44F2-9F24-AB7CFA46DCF7}" type="presOf" srcId="{1A5D6091-F2A9-4AC0-BA0A-C9136396FAD7}" destId="{E2B6E467-2FC3-4E5B-B024-47B089103887}" srcOrd="1" destOrd="0" presId="urn:microsoft.com/office/officeart/2008/layout/NameandTitleOrganizationalChart"/>
    <dgm:cxn modelId="{0B07E1F2-ADAF-487E-8747-1D0DB6729A46}" type="presOf" srcId="{1CE27770-1EDE-4660-B3CE-2BBC78FE0E37}" destId="{F75632EB-02C5-4993-8D54-1121B710A860}" srcOrd="0" destOrd="0" presId="urn:microsoft.com/office/officeart/2008/layout/NameandTitleOrganizationalChart"/>
    <dgm:cxn modelId="{A9CF7CF3-58F3-4DDA-A19D-D36658C8B8ED}" type="presOf" srcId="{A2DC38CE-074C-483E-BCC1-AD627068373B}" destId="{666AEE14-F76A-425A-B48D-F58D5C5993A1}" srcOrd="0" destOrd="0" presId="urn:microsoft.com/office/officeart/2008/layout/NameandTitleOrganizationalChart"/>
    <dgm:cxn modelId="{FF9130F4-7925-44A7-84B9-E8E4280FFD64}" type="presOf" srcId="{5FB53552-7948-45FA-8B31-40A789C28EA0}" destId="{9D96ECAA-68F7-4D6F-8F4F-BE8C6517D96D}" srcOrd="1" destOrd="0" presId="urn:microsoft.com/office/officeart/2008/layout/NameandTitleOrganizationalChart"/>
    <dgm:cxn modelId="{8AF73AFB-62B4-4D32-A5E8-AAAFA4780DDE}" type="presOf" srcId="{9AF06754-5551-48FF-A94F-3A82B1F9AEEB}" destId="{5A35FBF9-FA6A-4C0A-AB1F-7A8E77FA0767}" srcOrd="0" destOrd="0" presId="urn:microsoft.com/office/officeart/2008/layout/NameandTitleOrganizationalChart"/>
    <dgm:cxn modelId="{E633D4ED-AB31-4215-B8CC-4192D7AB0444}" type="presParOf" srcId="{37E4D216-F252-46EC-94B3-9144D0FCF0CA}" destId="{F7236C84-819B-48C3-AE29-C2DF64EA536A}" srcOrd="0" destOrd="0" presId="urn:microsoft.com/office/officeart/2008/layout/NameandTitleOrganizationalChart"/>
    <dgm:cxn modelId="{FEC2FC0B-0932-4FA5-824C-A73C438A6A5C}" type="presParOf" srcId="{F7236C84-819B-48C3-AE29-C2DF64EA536A}" destId="{7D37FB31-D527-44C9-92AE-40729E91EEFF}" srcOrd="0" destOrd="0" presId="urn:microsoft.com/office/officeart/2008/layout/NameandTitleOrganizationalChart"/>
    <dgm:cxn modelId="{5BF6A402-0D84-4840-81C4-15267378DD33}" type="presParOf" srcId="{7D37FB31-D527-44C9-92AE-40729E91EEFF}" destId="{2BF3D7C1-EA9E-4F8D-87DF-D4B2E1894338}" srcOrd="0" destOrd="0" presId="urn:microsoft.com/office/officeart/2008/layout/NameandTitleOrganizationalChart"/>
    <dgm:cxn modelId="{5C6EC121-D9D6-4931-98CB-15C0CC4CE885}" type="presParOf" srcId="{7D37FB31-D527-44C9-92AE-40729E91EEFF}" destId="{F939180F-96A2-412B-BB81-16E88F3F9AF2}" srcOrd="1" destOrd="0" presId="urn:microsoft.com/office/officeart/2008/layout/NameandTitleOrganizationalChart"/>
    <dgm:cxn modelId="{8CAC6592-387F-4099-B7B6-10AC77666B02}" type="presParOf" srcId="{7D37FB31-D527-44C9-92AE-40729E91EEFF}" destId="{F9CC971D-DA99-4CD1-8959-2AB47F5678B8}" srcOrd="2" destOrd="0" presId="urn:microsoft.com/office/officeart/2008/layout/NameandTitleOrganizationalChart"/>
    <dgm:cxn modelId="{02104271-A9C6-43B1-AC12-3D72EB93D0A4}" type="presParOf" srcId="{F7236C84-819B-48C3-AE29-C2DF64EA536A}" destId="{DD0D80A1-E940-49AA-A4CF-DD91877E6579}" srcOrd="1" destOrd="0" presId="urn:microsoft.com/office/officeart/2008/layout/NameandTitleOrganizationalChart"/>
    <dgm:cxn modelId="{9222960A-F285-4135-897B-D831936C1B0C}" type="presParOf" srcId="{DD0D80A1-E940-49AA-A4CF-DD91877E6579}" destId="{C69760F4-7A4E-42F8-AFEF-D1B1CFC02AAD}" srcOrd="0" destOrd="0" presId="urn:microsoft.com/office/officeart/2008/layout/NameandTitleOrganizationalChart"/>
    <dgm:cxn modelId="{7073DDBB-1379-4F69-A309-9E2551A2C617}" type="presParOf" srcId="{DD0D80A1-E940-49AA-A4CF-DD91877E6579}" destId="{FF5ADABB-125B-4506-81B4-4C0C43C362B7}" srcOrd="1" destOrd="0" presId="urn:microsoft.com/office/officeart/2008/layout/NameandTitleOrganizationalChart"/>
    <dgm:cxn modelId="{9BADABE7-2CB1-49D2-B3BA-D133CA7469E0}" type="presParOf" srcId="{FF5ADABB-125B-4506-81B4-4C0C43C362B7}" destId="{3926CB92-3089-4C86-96F5-AED3C67E1F7A}" srcOrd="0" destOrd="0" presId="urn:microsoft.com/office/officeart/2008/layout/NameandTitleOrganizationalChart"/>
    <dgm:cxn modelId="{BDAD827A-E51B-4081-9E6F-F519B1712C77}" type="presParOf" srcId="{3926CB92-3089-4C86-96F5-AED3C67E1F7A}" destId="{D1FC463D-F60E-4A64-8B9E-39C7332A3F2A}" srcOrd="0" destOrd="0" presId="urn:microsoft.com/office/officeart/2008/layout/NameandTitleOrganizationalChart"/>
    <dgm:cxn modelId="{B967D33D-A352-483A-A433-85BAE7A0984A}" type="presParOf" srcId="{3926CB92-3089-4C86-96F5-AED3C67E1F7A}" destId="{16FF1A62-DAFB-43CF-891E-8C774467900C}" srcOrd="1" destOrd="0" presId="urn:microsoft.com/office/officeart/2008/layout/NameandTitleOrganizationalChart"/>
    <dgm:cxn modelId="{4B68B494-C594-44EB-9DF7-1F36F4244E9D}" type="presParOf" srcId="{3926CB92-3089-4C86-96F5-AED3C67E1F7A}" destId="{30FE132C-DD3D-4775-96C7-1BD3A69D818D}" srcOrd="2" destOrd="0" presId="urn:microsoft.com/office/officeart/2008/layout/NameandTitleOrganizationalChart"/>
    <dgm:cxn modelId="{7E8B6CB1-FF16-4D3D-AA2D-556A70E31D77}" type="presParOf" srcId="{FF5ADABB-125B-4506-81B4-4C0C43C362B7}" destId="{4EE3192B-6620-4E73-A9AD-8BED548919D2}" srcOrd="1" destOrd="0" presId="urn:microsoft.com/office/officeart/2008/layout/NameandTitleOrganizationalChart"/>
    <dgm:cxn modelId="{8BA651E5-8ED0-47D3-95CF-B1E87F513769}" type="presParOf" srcId="{FF5ADABB-125B-4506-81B4-4C0C43C362B7}" destId="{2445B598-368D-4345-B674-DD5D521D0700}" srcOrd="2" destOrd="0" presId="urn:microsoft.com/office/officeart/2008/layout/NameandTitleOrganizationalChart"/>
    <dgm:cxn modelId="{22049AC7-8D17-4015-B688-C7E6EDCD677E}" type="presParOf" srcId="{2445B598-368D-4345-B674-DD5D521D0700}" destId="{4E8FF80A-DDA7-491B-940F-A422B3EB405C}" srcOrd="0" destOrd="0" presId="urn:microsoft.com/office/officeart/2008/layout/NameandTitleOrganizationalChart"/>
    <dgm:cxn modelId="{6BDB9E77-1DB2-43E5-AB3F-17AFDBE25691}" type="presParOf" srcId="{2445B598-368D-4345-B674-DD5D521D0700}" destId="{1E526261-FDD6-4861-8E40-C19F5629E5C9}" srcOrd="1" destOrd="0" presId="urn:microsoft.com/office/officeart/2008/layout/NameandTitleOrganizationalChart"/>
    <dgm:cxn modelId="{B4302717-DDA0-4AE4-A18F-578C92FDC6C8}" type="presParOf" srcId="{1E526261-FDD6-4861-8E40-C19F5629E5C9}" destId="{12E2E577-1351-401A-82B1-ADE85B9D571B}" srcOrd="0" destOrd="0" presId="urn:microsoft.com/office/officeart/2008/layout/NameandTitleOrganizationalChart"/>
    <dgm:cxn modelId="{0DE3073E-CFE7-4B3D-98FB-AA66CA9CEFE9}" type="presParOf" srcId="{12E2E577-1351-401A-82B1-ADE85B9D571B}" destId="{81A5ECC8-8EDD-48E2-931C-46A87C2810A1}" srcOrd="0" destOrd="0" presId="urn:microsoft.com/office/officeart/2008/layout/NameandTitleOrganizationalChart"/>
    <dgm:cxn modelId="{8FBA58AF-68FB-4CA6-9FA0-B4693BC0914F}" type="presParOf" srcId="{12E2E577-1351-401A-82B1-ADE85B9D571B}" destId="{5513ACD8-D613-464D-8F4C-32411DDEC3D7}" srcOrd="1" destOrd="0" presId="urn:microsoft.com/office/officeart/2008/layout/NameandTitleOrganizationalChart"/>
    <dgm:cxn modelId="{ED9D8953-DE79-49A3-92FC-557341843C62}" type="presParOf" srcId="{12E2E577-1351-401A-82B1-ADE85B9D571B}" destId="{FBB9A211-24F7-4F48-A6F4-581D308B4874}" srcOrd="2" destOrd="0" presId="urn:microsoft.com/office/officeart/2008/layout/NameandTitleOrganizationalChart"/>
    <dgm:cxn modelId="{D404A71A-EF21-4348-9802-6FE1F4372CFF}" type="presParOf" srcId="{1E526261-FDD6-4861-8E40-C19F5629E5C9}" destId="{095E2596-5606-4CE0-B9D6-2E525C1197C3}" srcOrd="1" destOrd="0" presId="urn:microsoft.com/office/officeart/2008/layout/NameandTitleOrganizationalChart"/>
    <dgm:cxn modelId="{11F1877C-91E5-4FC3-AB6A-BACA11BA4B2E}" type="presParOf" srcId="{1E526261-FDD6-4861-8E40-C19F5629E5C9}" destId="{2CC7817F-7585-4F46-AB04-3DA4A7BA03BD}" srcOrd="2" destOrd="0" presId="urn:microsoft.com/office/officeart/2008/layout/NameandTitleOrganizationalChart"/>
    <dgm:cxn modelId="{C6E1FFA2-90E6-46AC-A433-C08D06866663}" type="presParOf" srcId="{2445B598-368D-4345-B674-DD5D521D0700}" destId="{D3E5EF68-8F5A-44D8-8247-B523026A6039}" srcOrd="2" destOrd="0" presId="urn:microsoft.com/office/officeart/2008/layout/NameandTitleOrganizationalChart"/>
    <dgm:cxn modelId="{5D41A374-1F2A-40E9-BF58-C9D7DCBAB91E}" type="presParOf" srcId="{2445B598-368D-4345-B674-DD5D521D0700}" destId="{6085500B-029E-4DB8-A3C2-8BD2EA097ECE}" srcOrd="3" destOrd="0" presId="urn:microsoft.com/office/officeart/2008/layout/NameandTitleOrganizationalChart"/>
    <dgm:cxn modelId="{A8D1D960-85B3-4BDA-8D3A-A90F3071107F}" type="presParOf" srcId="{6085500B-029E-4DB8-A3C2-8BD2EA097ECE}" destId="{3A74E099-6AD8-48AA-BEDB-0B236C33A69D}" srcOrd="0" destOrd="0" presId="urn:microsoft.com/office/officeart/2008/layout/NameandTitleOrganizationalChart"/>
    <dgm:cxn modelId="{840A1FC7-334C-498A-ACE1-91E4D5574E00}" type="presParOf" srcId="{3A74E099-6AD8-48AA-BEDB-0B236C33A69D}" destId="{F9FA124B-818F-42A7-9DFA-A06499287683}" srcOrd="0" destOrd="0" presId="urn:microsoft.com/office/officeart/2008/layout/NameandTitleOrganizationalChart"/>
    <dgm:cxn modelId="{99BA3749-0BB6-44E9-8072-D88788BA7267}" type="presParOf" srcId="{3A74E099-6AD8-48AA-BEDB-0B236C33A69D}" destId="{8F0BB482-BB62-4A62-A43B-7DFE1E6B0565}" srcOrd="1" destOrd="0" presId="urn:microsoft.com/office/officeart/2008/layout/NameandTitleOrganizationalChart"/>
    <dgm:cxn modelId="{C8EB26AF-60AD-499F-8FD1-70F94D42A824}" type="presParOf" srcId="{3A74E099-6AD8-48AA-BEDB-0B236C33A69D}" destId="{6E64D63A-6F05-46E9-B80B-47FF51BFFCC4}" srcOrd="2" destOrd="0" presId="urn:microsoft.com/office/officeart/2008/layout/NameandTitleOrganizationalChart"/>
    <dgm:cxn modelId="{4EE1C1A0-6CD1-4F83-8A78-470767B96DD4}" type="presParOf" srcId="{6085500B-029E-4DB8-A3C2-8BD2EA097ECE}" destId="{4C05B1D2-FF33-4130-A786-DB54BDD5CEF2}" srcOrd="1" destOrd="0" presId="urn:microsoft.com/office/officeart/2008/layout/NameandTitleOrganizationalChart"/>
    <dgm:cxn modelId="{C398EA8C-C832-489C-B123-6299DB618ED2}" type="presParOf" srcId="{6085500B-029E-4DB8-A3C2-8BD2EA097ECE}" destId="{43B6FF46-E1A5-43BC-B65B-165C4CF2EBAD}" srcOrd="2" destOrd="0" presId="urn:microsoft.com/office/officeart/2008/layout/NameandTitleOrganizationalChart"/>
    <dgm:cxn modelId="{5C8B41EC-2143-4295-9C0E-0AE64D0D50C6}" type="presParOf" srcId="{2445B598-368D-4345-B674-DD5D521D0700}" destId="{4DAE781F-E99C-42B1-AE65-69CF56C6B0E4}" srcOrd="4" destOrd="0" presId="urn:microsoft.com/office/officeart/2008/layout/NameandTitleOrganizationalChart"/>
    <dgm:cxn modelId="{EFA74C8A-9079-42A4-8CE1-596A68B1845A}" type="presParOf" srcId="{2445B598-368D-4345-B674-DD5D521D0700}" destId="{EC0BFFF7-A38E-477D-9FA5-81D25D3A5AE4}" srcOrd="5" destOrd="0" presId="urn:microsoft.com/office/officeart/2008/layout/NameandTitleOrganizationalChart"/>
    <dgm:cxn modelId="{71ABA7D6-D698-4BDF-9160-7F8D2A6905CE}" type="presParOf" srcId="{EC0BFFF7-A38E-477D-9FA5-81D25D3A5AE4}" destId="{1697BFC6-E410-4DED-BDAD-5B954DFCE170}" srcOrd="0" destOrd="0" presId="urn:microsoft.com/office/officeart/2008/layout/NameandTitleOrganizationalChart"/>
    <dgm:cxn modelId="{523926D0-0D80-4872-A9CB-526B9DAAD90A}" type="presParOf" srcId="{1697BFC6-E410-4DED-BDAD-5B954DFCE170}" destId="{331D7FB3-CD86-45EE-B1B3-B266620157FE}" srcOrd="0" destOrd="0" presId="urn:microsoft.com/office/officeart/2008/layout/NameandTitleOrganizationalChart"/>
    <dgm:cxn modelId="{35166432-2478-4BC0-8DA8-B398F4F8A11D}" type="presParOf" srcId="{1697BFC6-E410-4DED-BDAD-5B954DFCE170}" destId="{B9B113CF-B29C-4824-B7B5-1F8105A5F621}" srcOrd="1" destOrd="0" presId="urn:microsoft.com/office/officeart/2008/layout/NameandTitleOrganizationalChart"/>
    <dgm:cxn modelId="{8FF8AD4B-034D-4DDD-8A0D-A626BA1B461E}" type="presParOf" srcId="{1697BFC6-E410-4DED-BDAD-5B954DFCE170}" destId="{229DA846-BCE5-40D7-B6A1-2938938E2962}" srcOrd="2" destOrd="0" presId="urn:microsoft.com/office/officeart/2008/layout/NameandTitleOrganizationalChart"/>
    <dgm:cxn modelId="{C421A4A3-B104-4681-9E71-63DB92C3E7D0}" type="presParOf" srcId="{EC0BFFF7-A38E-477D-9FA5-81D25D3A5AE4}" destId="{9130739B-6AD0-4C21-86E6-20B72CE01978}" srcOrd="1" destOrd="0" presId="urn:microsoft.com/office/officeart/2008/layout/NameandTitleOrganizationalChart"/>
    <dgm:cxn modelId="{F72E969F-4838-46D6-BE66-C0F91DA8F338}" type="presParOf" srcId="{EC0BFFF7-A38E-477D-9FA5-81D25D3A5AE4}" destId="{D16F5889-F55A-4A23-8436-C6BE056C0F8E}" srcOrd="2" destOrd="0" presId="urn:microsoft.com/office/officeart/2008/layout/NameandTitleOrganizationalChart"/>
    <dgm:cxn modelId="{2F64975B-5933-444F-8F32-6E81D3E47E2A}" type="presParOf" srcId="{2445B598-368D-4345-B674-DD5D521D0700}" destId="{BF0A8105-072D-401E-8169-E66C543E456A}" srcOrd="6" destOrd="0" presId="urn:microsoft.com/office/officeart/2008/layout/NameandTitleOrganizationalChart"/>
    <dgm:cxn modelId="{8FB4FF08-0DA2-48D6-87C7-1CA9807A4996}" type="presParOf" srcId="{2445B598-368D-4345-B674-DD5D521D0700}" destId="{E24A0F98-2923-4521-9471-C22D264B8992}" srcOrd="7" destOrd="0" presId="urn:microsoft.com/office/officeart/2008/layout/NameandTitleOrganizationalChart"/>
    <dgm:cxn modelId="{E7F2FA1A-B6F1-4240-9EE1-F59E766182A3}" type="presParOf" srcId="{E24A0F98-2923-4521-9471-C22D264B8992}" destId="{8154503F-1CB3-4D78-B8E6-AED7DFAF8775}" srcOrd="0" destOrd="0" presId="urn:microsoft.com/office/officeart/2008/layout/NameandTitleOrganizationalChart"/>
    <dgm:cxn modelId="{4410BCF8-A151-4373-9681-5CDF77B9601B}" type="presParOf" srcId="{8154503F-1CB3-4D78-B8E6-AED7DFAF8775}" destId="{5F7995F4-04DA-43B6-A6E4-4039B2268AFB}" srcOrd="0" destOrd="0" presId="urn:microsoft.com/office/officeart/2008/layout/NameandTitleOrganizationalChart"/>
    <dgm:cxn modelId="{184A6299-EC33-4FA2-9678-0C5182452D9A}" type="presParOf" srcId="{8154503F-1CB3-4D78-B8E6-AED7DFAF8775}" destId="{7CEEE34C-08B0-4741-AAE4-8D283FF534C6}" srcOrd="1" destOrd="0" presId="urn:microsoft.com/office/officeart/2008/layout/NameandTitleOrganizationalChart"/>
    <dgm:cxn modelId="{168590F8-5372-41C9-8D79-D5C28058307D}" type="presParOf" srcId="{8154503F-1CB3-4D78-B8E6-AED7DFAF8775}" destId="{E89E93A7-A3DB-4393-B022-66CE1F34FB27}" srcOrd="2" destOrd="0" presId="urn:microsoft.com/office/officeart/2008/layout/NameandTitleOrganizationalChart"/>
    <dgm:cxn modelId="{0213548E-5B5F-4D4F-9719-EDEAC042C8C7}" type="presParOf" srcId="{E24A0F98-2923-4521-9471-C22D264B8992}" destId="{E675CE60-323F-4424-88F6-5452F2296DA0}" srcOrd="1" destOrd="0" presId="urn:microsoft.com/office/officeart/2008/layout/NameandTitleOrganizationalChart"/>
    <dgm:cxn modelId="{FFB0ADBC-C9D2-4159-B689-735E59FB89E2}" type="presParOf" srcId="{E24A0F98-2923-4521-9471-C22D264B8992}" destId="{E3F855F9-7502-46F1-9200-708A9239820C}" srcOrd="2" destOrd="0" presId="urn:microsoft.com/office/officeart/2008/layout/NameandTitleOrganizationalChart"/>
    <dgm:cxn modelId="{40A390F7-261F-4C86-80C8-5E522CF85A40}" type="presParOf" srcId="{2445B598-368D-4345-B674-DD5D521D0700}" destId="{AF7F7578-C74B-45EC-AE49-5ACF5249F2B3}" srcOrd="8" destOrd="0" presId="urn:microsoft.com/office/officeart/2008/layout/NameandTitleOrganizationalChart"/>
    <dgm:cxn modelId="{83D75271-A769-47E2-A350-2DFB7307A556}" type="presParOf" srcId="{2445B598-368D-4345-B674-DD5D521D0700}" destId="{ED88C992-7294-4CF2-89EF-F4A9BBD6514F}" srcOrd="9" destOrd="0" presId="urn:microsoft.com/office/officeart/2008/layout/NameandTitleOrganizationalChart"/>
    <dgm:cxn modelId="{EBEBC5EE-AA85-4F86-ACF4-B09178FEE06E}" type="presParOf" srcId="{ED88C992-7294-4CF2-89EF-F4A9BBD6514F}" destId="{7A477DDE-2D39-440E-B75B-801BC39571D0}" srcOrd="0" destOrd="0" presId="urn:microsoft.com/office/officeart/2008/layout/NameandTitleOrganizationalChart"/>
    <dgm:cxn modelId="{DBF9C180-EB77-40EB-B43D-A86AB1113210}" type="presParOf" srcId="{7A477DDE-2D39-440E-B75B-801BC39571D0}" destId="{96E3B17A-D856-4BA2-86E8-717DCD2B656C}" srcOrd="0" destOrd="0" presId="urn:microsoft.com/office/officeart/2008/layout/NameandTitleOrganizationalChart"/>
    <dgm:cxn modelId="{0430DFFF-6E76-41B4-8AD0-47924E8D4EDF}" type="presParOf" srcId="{7A477DDE-2D39-440E-B75B-801BC39571D0}" destId="{C89EC501-9296-4BE9-B210-E68FB6A6A7DE}" srcOrd="1" destOrd="0" presId="urn:microsoft.com/office/officeart/2008/layout/NameandTitleOrganizationalChart"/>
    <dgm:cxn modelId="{809FB413-55B8-4A8B-BF3E-FC15A04D57F9}" type="presParOf" srcId="{7A477DDE-2D39-440E-B75B-801BC39571D0}" destId="{9D96ECAA-68F7-4D6F-8F4F-BE8C6517D96D}" srcOrd="2" destOrd="0" presId="urn:microsoft.com/office/officeart/2008/layout/NameandTitleOrganizationalChart"/>
    <dgm:cxn modelId="{5C55FD2A-B3B2-4590-90E3-2336B0A32021}" type="presParOf" srcId="{ED88C992-7294-4CF2-89EF-F4A9BBD6514F}" destId="{E98409C4-AC66-4F2A-AAE1-52B9337736DF}" srcOrd="1" destOrd="0" presId="urn:microsoft.com/office/officeart/2008/layout/NameandTitleOrganizationalChart"/>
    <dgm:cxn modelId="{DC9B0E7C-F47A-4A10-95F1-97F4220CC52D}" type="presParOf" srcId="{ED88C992-7294-4CF2-89EF-F4A9BBD6514F}" destId="{3EC56730-DB21-4A16-98E1-455C29762985}" srcOrd="2" destOrd="0" presId="urn:microsoft.com/office/officeart/2008/layout/NameandTitleOrganizationalChart"/>
    <dgm:cxn modelId="{8EB38CC3-D768-4E3D-B23F-EB82C8DBC34C}" type="presParOf" srcId="{2445B598-368D-4345-B674-DD5D521D0700}" destId="{666AEE14-F76A-425A-B48D-F58D5C5993A1}" srcOrd="10" destOrd="0" presId="urn:microsoft.com/office/officeart/2008/layout/NameandTitleOrganizationalChart"/>
    <dgm:cxn modelId="{E6C29A84-A4C9-4DBE-842C-74C2E09F537D}" type="presParOf" srcId="{2445B598-368D-4345-B674-DD5D521D0700}" destId="{0F2ED8AE-F935-4BF4-AA95-BEB6FCDC2AE5}" srcOrd="11" destOrd="0" presId="urn:microsoft.com/office/officeart/2008/layout/NameandTitleOrganizationalChart"/>
    <dgm:cxn modelId="{08981975-629A-48ED-8A59-C288834ED02C}" type="presParOf" srcId="{0F2ED8AE-F935-4BF4-AA95-BEB6FCDC2AE5}" destId="{D402F939-5AE1-4BBD-8647-BDEFE6E75FE7}" srcOrd="0" destOrd="0" presId="urn:microsoft.com/office/officeart/2008/layout/NameandTitleOrganizationalChart"/>
    <dgm:cxn modelId="{B2CF749A-65CC-4396-B2C0-6524C289ED68}" type="presParOf" srcId="{D402F939-5AE1-4BBD-8647-BDEFE6E75FE7}" destId="{C95ECF3F-DC3B-462D-AAFD-45290388313D}" srcOrd="0" destOrd="0" presId="urn:microsoft.com/office/officeart/2008/layout/NameandTitleOrganizationalChart"/>
    <dgm:cxn modelId="{B88D34CF-3FF1-46FD-9853-D498702146D7}" type="presParOf" srcId="{D402F939-5AE1-4BBD-8647-BDEFE6E75FE7}" destId="{D8383A04-0BB8-4692-BCDC-DCB9A51B48FA}" srcOrd="1" destOrd="0" presId="urn:microsoft.com/office/officeart/2008/layout/NameandTitleOrganizationalChart"/>
    <dgm:cxn modelId="{022EA9B4-5D7C-47D2-9CBF-3AFCB9F2B0A4}" type="presParOf" srcId="{D402F939-5AE1-4BBD-8647-BDEFE6E75FE7}" destId="{E2B6E467-2FC3-4E5B-B024-47B089103887}" srcOrd="2" destOrd="0" presId="urn:microsoft.com/office/officeart/2008/layout/NameandTitleOrganizationalChart"/>
    <dgm:cxn modelId="{E10A363E-9C34-4ED7-B360-766E00086068}" type="presParOf" srcId="{0F2ED8AE-F935-4BF4-AA95-BEB6FCDC2AE5}" destId="{C9622EDF-B236-4862-96F8-F37FFF1CBD22}" srcOrd="1" destOrd="0" presId="urn:microsoft.com/office/officeart/2008/layout/NameandTitleOrganizationalChart"/>
    <dgm:cxn modelId="{575B726A-8E35-4EB1-913E-E6A2641997A7}" type="presParOf" srcId="{0F2ED8AE-F935-4BF4-AA95-BEB6FCDC2AE5}" destId="{C585A903-658D-4114-8281-DCEA2E8BD377}" srcOrd="2" destOrd="0" presId="urn:microsoft.com/office/officeart/2008/layout/NameandTitleOrganizationalChart"/>
    <dgm:cxn modelId="{0A91D01F-801C-40E2-9DBF-55E31270FDC3}" type="presParOf" srcId="{DD0D80A1-E940-49AA-A4CF-DD91877E6579}" destId="{38CEF2AA-88A1-4794-874F-4A49B1CE296C}" srcOrd="2" destOrd="0" presId="urn:microsoft.com/office/officeart/2008/layout/NameandTitleOrganizationalChart"/>
    <dgm:cxn modelId="{D1E2CD30-6710-43CA-AC47-E77515DC27EE}" type="presParOf" srcId="{DD0D80A1-E940-49AA-A4CF-DD91877E6579}" destId="{9447E8FB-4615-46BD-B254-80893D22E922}" srcOrd="3" destOrd="0" presId="urn:microsoft.com/office/officeart/2008/layout/NameandTitleOrganizationalChart"/>
    <dgm:cxn modelId="{40E28875-959B-4569-997C-FC750A8C6342}" type="presParOf" srcId="{9447E8FB-4615-46BD-B254-80893D22E922}" destId="{B772906C-1D58-4926-B88C-1CC6FBC193D9}" srcOrd="0" destOrd="0" presId="urn:microsoft.com/office/officeart/2008/layout/NameandTitleOrganizationalChart"/>
    <dgm:cxn modelId="{94270146-19D6-4A81-BEF9-C3EEC8E6C1BF}" type="presParOf" srcId="{B772906C-1D58-4926-B88C-1CC6FBC193D9}" destId="{F75632EB-02C5-4993-8D54-1121B710A860}" srcOrd="0" destOrd="0" presId="urn:microsoft.com/office/officeart/2008/layout/NameandTitleOrganizationalChart"/>
    <dgm:cxn modelId="{83CF2808-1020-42CB-85F1-B6BE426AE955}" type="presParOf" srcId="{B772906C-1D58-4926-B88C-1CC6FBC193D9}" destId="{67ED9CC1-9242-48F8-8AAA-23925FDAFB26}" srcOrd="1" destOrd="0" presId="urn:microsoft.com/office/officeart/2008/layout/NameandTitleOrganizationalChart"/>
    <dgm:cxn modelId="{2BD2AE26-40B5-4D37-8C3D-719F21CA80EA}" type="presParOf" srcId="{B772906C-1D58-4926-B88C-1CC6FBC193D9}" destId="{6C5F619E-165B-4793-B6EC-7C994376BA60}" srcOrd="2" destOrd="0" presId="urn:microsoft.com/office/officeart/2008/layout/NameandTitleOrganizationalChart"/>
    <dgm:cxn modelId="{D5FF78D1-ECA0-42E1-A02D-42A129531006}" type="presParOf" srcId="{9447E8FB-4615-46BD-B254-80893D22E922}" destId="{34EF1062-1B2B-418C-9717-3A8D284973EB}" srcOrd="1" destOrd="0" presId="urn:microsoft.com/office/officeart/2008/layout/NameandTitleOrganizationalChart"/>
    <dgm:cxn modelId="{1EE9D382-91A5-4751-88FC-DC3F4DDFBD85}" type="presParOf" srcId="{9447E8FB-4615-46BD-B254-80893D22E922}" destId="{0887D6A6-9B14-4C60-A72B-5B7683037C14}" srcOrd="2" destOrd="0" presId="urn:microsoft.com/office/officeart/2008/layout/NameandTitleOrganizationalChart"/>
    <dgm:cxn modelId="{D5B79EB2-8A9A-4E44-88A6-9701ECB08450}" type="presParOf" srcId="{0887D6A6-9B14-4C60-A72B-5B7683037C14}" destId="{3909D681-168A-47F7-B8EF-927F27D46B90}" srcOrd="0" destOrd="0" presId="urn:microsoft.com/office/officeart/2008/layout/NameandTitleOrganizationalChart"/>
    <dgm:cxn modelId="{B8B28AAD-4F8A-4205-B432-009CF2A3CE61}" type="presParOf" srcId="{0887D6A6-9B14-4C60-A72B-5B7683037C14}" destId="{FB99F8C2-4F60-4E0C-9A6E-0FAA25E15A6C}" srcOrd="1" destOrd="0" presId="urn:microsoft.com/office/officeart/2008/layout/NameandTitleOrganizationalChart"/>
    <dgm:cxn modelId="{9002CCB5-E56A-4969-A040-C58D21A9B098}" type="presParOf" srcId="{FB99F8C2-4F60-4E0C-9A6E-0FAA25E15A6C}" destId="{5E4105CD-A1E9-4054-AF91-F59D85FD494E}" srcOrd="0" destOrd="0" presId="urn:microsoft.com/office/officeart/2008/layout/NameandTitleOrganizationalChart"/>
    <dgm:cxn modelId="{3624D915-B9E9-4747-8059-7C6C16AF3CF2}" type="presParOf" srcId="{5E4105CD-A1E9-4054-AF91-F59D85FD494E}" destId="{E7563D71-256A-4089-83C5-C352534B0848}" srcOrd="0" destOrd="0" presId="urn:microsoft.com/office/officeart/2008/layout/NameandTitleOrganizationalChart"/>
    <dgm:cxn modelId="{618017B3-0C88-44ED-80DA-9A1778268FB9}" type="presParOf" srcId="{5E4105CD-A1E9-4054-AF91-F59D85FD494E}" destId="{CC93BB7F-9E50-41E3-B468-E94E50A395FA}" srcOrd="1" destOrd="0" presId="urn:microsoft.com/office/officeart/2008/layout/NameandTitleOrganizationalChart"/>
    <dgm:cxn modelId="{B0B76409-5379-4668-AE49-97BE18504D45}" type="presParOf" srcId="{5E4105CD-A1E9-4054-AF91-F59D85FD494E}" destId="{6C33C8D5-DAAE-46CA-A57B-07CB14747CE9}" srcOrd="2" destOrd="0" presId="urn:microsoft.com/office/officeart/2008/layout/NameandTitleOrganizationalChart"/>
    <dgm:cxn modelId="{D280AAFE-A88D-4A57-93F2-570DF8514D9D}" type="presParOf" srcId="{FB99F8C2-4F60-4E0C-9A6E-0FAA25E15A6C}" destId="{CED2AB0D-821F-46B4-91B9-C5F18038255D}" srcOrd="1" destOrd="0" presId="urn:microsoft.com/office/officeart/2008/layout/NameandTitleOrganizationalChart"/>
    <dgm:cxn modelId="{150D8FF0-08A4-4E6D-8850-75318D21448D}" type="presParOf" srcId="{FB99F8C2-4F60-4E0C-9A6E-0FAA25E15A6C}" destId="{8E3C5522-F1D3-4227-94AE-F51536F8B6B7}" srcOrd="2" destOrd="0" presId="urn:microsoft.com/office/officeart/2008/layout/NameandTitleOrganizationalChart"/>
    <dgm:cxn modelId="{2568C23D-0011-428E-9201-53AF04C0C662}" type="presParOf" srcId="{0887D6A6-9B14-4C60-A72B-5B7683037C14}" destId="{DBA56280-B592-4667-8FBF-AA59C91BDD85}" srcOrd="2" destOrd="0" presId="urn:microsoft.com/office/officeart/2008/layout/NameandTitleOrganizationalChart"/>
    <dgm:cxn modelId="{825666EA-20CE-4BA9-A988-53AF0DBDEF0A}" type="presParOf" srcId="{0887D6A6-9B14-4C60-A72B-5B7683037C14}" destId="{5DC8519C-3D7C-40BC-B87A-F505F4A87C01}" srcOrd="3" destOrd="0" presId="urn:microsoft.com/office/officeart/2008/layout/NameandTitleOrganizationalChart"/>
    <dgm:cxn modelId="{89B90C0B-56AF-45AB-AFCC-C51423222662}" type="presParOf" srcId="{5DC8519C-3D7C-40BC-B87A-F505F4A87C01}" destId="{F1B38FDF-4056-4B4C-99B7-D96B341DC33F}" srcOrd="0" destOrd="0" presId="urn:microsoft.com/office/officeart/2008/layout/NameandTitleOrganizationalChart"/>
    <dgm:cxn modelId="{BB06203A-AA2B-4238-AD97-3221AF80CB9E}" type="presParOf" srcId="{F1B38FDF-4056-4B4C-99B7-D96B341DC33F}" destId="{687A3A85-6872-491C-AD79-05CC406B1CB6}" srcOrd="0" destOrd="0" presId="urn:microsoft.com/office/officeart/2008/layout/NameandTitleOrganizationalChart"/>
    <dgm:cxn modelId="{00B02F61-489D-4A90-8A8E-4352B2DD6580}" type="presParOf" srcId="{F1B38FDF-4056-4B4C-99B7-D96B341DC33F}" destId="{7E7FEB32-5BE8-4A44-A010-80B5C58E3F80}" srcOrd="1" destOrd="0" presId="urn:microsoft.com/office/officeart/2008/layout/NameandTitleOrganizationalChart"/>
    <dgm:cxn modelId="{CFE2A94F-1859-4253-A7E5-C9D65C54D301}" type="presParOf" srcId="{F1B38FDF-4056-4B4C-99B7-D96B341DC33F}" destId="{81270E9A-F4A8-4F51-92F3-377C10918F39}" srcOrd="2" destOrd="0" presId="urn:microsoft.com/office/officeart/2008/layout/NameandTitleOrganizationalChart"/>
    <dgm:cxn modelId="{21EFD726-31EF-4691-BB36-1900B35EAEE1}" type="presParOf" srcId="{5DC8519C-3D7C-40BC-B87A-F505F4A87C01}" destId="{B81ABC05-A30E-42A4-ADEA-5041840AEFBB}" srcOrd="1" destOrd="0" presId="urn:microsoft.com/office/officeart/2008/layout/NameandTitleOrganizationalChart"/>
    <dgm:cxn modelId="{DB49E42A-994E-4725-83FB-3E06C0FA7235}" type="presParOf" srcId="{5DC8519C-3D7C-40BC-B87A-F505F4A87C01}" destId="{DEFC3E8F-5373-4883-95F3-E1B6F5306F54}" srcOrd="2" destOrd="0" presId="urn:microsoft.com/office/officeart/2008/layout/NameandTitleOrganizationalChart"/>
    <dgm:cxn modelId="{07961990-D1F2-42FF-8F15-368350D71441}" type="presParOf" srcId="{0887D6A6-9B14-4C60-A72B-5B7683037C14}" destId="{7A5857B6-AFFF-4676-93D1-333E3EE3AA99}" srcOrd="4" destOrd="0" presId="urn:microsoft.com/office/officeart/2008/layout/NameandTitleOrganizationalChart"/>
    <dgm:cxn modelId="{E2FC2BA0-026E-42FD-8036-53BB20703F21}" type="presParOf" srcId="{0887D6A6-9B14-4C60-A72B-5B7683037C14}" destId="{F7E8C3B2-C4FF-40E2-B04D-3AE6A487DE70}" srcOrd="5" destOrd="0" presId="urn:microsoft.com/office/officeart/2008/layout/NameandTitleOrganizationalChart"/>
    <dgm:cxn modelId="{6AC267BD-1ED3-4C84-B65C-D3FC8C4E3C52}" type="presParOf" srcId="{F7E8C3B2-C4FF-40E2-B04D-3AE6A487DE70}" destId="{1A1FB0B4-52FF-4930-B38C-BD224161D252}" srcOrd="0" destOrd="0" presId="urn:microsoft.com/office/officeart/2008/layout/NameandTitleOrganizationalChart"/>
    <dgm:cxn modelId="{9164270E-5412-4DFF-BCDA-805907768F10}" type="presParOf" srcId="{1A1FB0B4-52FF-4930-B38C-BD224161D252}" destId="{3AD8B1E3-ED13-4559-B439-D50EA7A588E8}" srcOrd="0" destOrd="0" presId="urn:microsoft.com/office/officeart/2008/layout/NameandTitleOrganizationalChart"/>
    <dgm:cxn modelId="{439AD5BA-6B39-4EC7-AEE6-9666D864DFC9}" type="presParOf" srcId="{1A1FB0B4-52FF-4930-B38C-BD224161D252}" destId="{71AF2D12-BF81-464E-90AC-7DADD9329EC0}" srcOrd="1" destOrd="0" presId="urn:microsoft.com/office/officeart/2008/layout/NameandTitleOrganizationalChart"/>
    <dgm:cxn modelId="{203B7C70-D2DB-442E-9CE7-39A2F3886BFB}" type="presParOf" srcId="{1A1FB0B4-52FF-4930-B38C-BD224161D252}" destId="{49F4E8CC-9A7F-414B-995D-D3B20155ECC4}" srcOrd="2" destOrd="0" presId="urn:microsoft.com/office/officeart/2008/layout/NameandTitleOrganizationalChart"/>
    <dgm:cxn modelId="{D83DDDFB-96B3-42FB-900E-459ADAED8D0D}" type="presParOf" srcId="{F7E8C3B2-C4FF-40E2-B04D-3AE6A487DE70}" destId="{985D3460-D26B-47A6-B40A-CD03E1653699}" srcOrd="1" destOrd="0" presId="urn:microsoft.com/office/officeart/2008/layout/NameandTitleOrganizationalChart"/>
    <dgm:cxn modelId="{62FCB16C-EA66-4BBE-B59A-EC12086C5E3F}" type="presParOf" srcId="{F7E8C3B2-C4FF-40E2-B04D-3AE6A487DE70}" destId="{66660ADE-A429-4ADC-BFF6-C7907576B6BE}" srcOrd="2" destOrd="0" presId="urn:microsoft.com/office/officeart/2008/layout/NameandTitleOrganizationalChart"/>
    <dgm:cxn modelId="{0DD576BF-F51F-4144-A512-FD96E8F45EE8}" type="presParOf" srcId="{0887D6A6-9B14-4C60-A72B-5B7683037C14}" destId="{32B74B9D-213C-4D5D-A7A4-AD79955BF843}" srcOrd="6" destOrd="0" presId="urn:microsoft.com/office/officeart/2008/layout/NameandTitleOrganizationalChart"/>
    <dgm:cxn modelId="{02BB2B8A-F4DC-4BDF-92A3-50B856B741D3}" type="presParOf" srcId="{0887D6A6-9B14-4C60-A72B-5B7683037C14}" destId="{41622531-146F-45D5-A91C-52EA61B8EC52}" srcOrd="7" destOrd="0" presId="urn:microsoft.com/office/officeart/2008/layout/NameandTitleOrganizationalChart"/>
    <dgm:cxn modelId="{0524C5D3-DF96-4B24-98AD-3109EE80D6E8}" type="presParOf" srcId="{41622531-146F-45D5-A91C-52EA61B8EC52}" destId="{E809023B-6F13-418C-A96F-BE151D7B55CD}" srcOrd="0" destOrd="0" presId="urn:microsoft.com/office/officeart/2008/layout/NameandTitleOrganizationalChart"/>
    <dgm:cxn modelId="{170E6F0F-8F02-4776-B548-F80F12F21B17}" type="presParOf" srcId="{E809023B-6F13-418C-A96F-BE151D7B55CD}" destId="{DD9EE910-AD9A-4A18-95A9-BADF6D805B8E}" srcOrd="0" destOrd="0" presId="urn:microsoft.com/office/officeart/2008/layout/NameandTitleOrganizationalChart"/>
    <dgm:cxn modelId="{90F75256-FF53-431B-8299-2FBDB6CAEF46}" type="presParOf" srcId="{E809023B-6F13-418C-A96F-BE151D7B55CD}" destId="{5A35FBF9-FA6A-4C0A-AB1F-7A8E77FA0767}" srcOrd="1" destOrd="0" presId="urn:microsoft.com/office/officeart/2008/layout/NameandTitleOrganizationalChart"/>
    <dgm:cxn modelId="{9DC08E94-D319-4749-9628-2753156E7625}" type="presParOf" srcId="{E809023B-6F13-418C-A96F-BE151D7B55CD}" destId="{7458FD51-B029-45BF-A147-5098B254827D}" srcOrd="2" destOrd="0" presId="urn:microsoft.com/office/officeart/2008/layout/NameandTitleOrganizationalChart"/>
    <dgm:cxn modelId="{D8965210-E05A-4C14-9BCB-CACA6BE24D04}" type="presParOf" srcId="{41622531-146F-45D5-A91C-52EA61B8EC52}" destId="{51F1C62E-1DCF-4A50-8AA9-471DB78DC136}" srcOrd="1" destOrd="0" presId="urn:microsoft.com/office/officeart/2008/layout/NameandTitleOrganizationalChart"/>
    <dgm:cxn modelId="{7808DDDC-84C7-4410-8BB8-EF6CFAD7CFC8}" type="presParOf" srcId="{41622531-146F-45D5-A91C-52EA61B8EC52}" destId="{7B831356-7695-49B3-A070-B7421502998E}" srcOrd="2" destOrd="0" presId="urn:microsoft.com/office/officeart/2008/layout/NameandTitleOrganizationalChart"/>
    <dgm:cxn modelId="{59991590-943B-40F2-B06E-96CD106B238D}" type="presParOf" srcId="{0887D6A6-9B14-4C60-A72B-5B7683037C14}" destId="{74F06853-0BAC-4BF5-82EA-37F2B58B7619}" srcOrd="8" destOrd="0" presId="urn:microsoft.com/office/officeart/2008/layout/NameandTitleOrganizationalChart"/>
    <dgm:cxn modelId="{E2A6761E-AAD0-43C3-8A7D-04D680FFC455}" type="presParOf" srcId="{0887D6A6-9B14-4C60-A72B-5B7683037C14}" destId="{0A258ECE-A81C-4618-80DA-FFCA9164B5B9}" srcOrd="9" destOrd="0" presId="urn:microsoft.com/office/officeart/2008/layout/NameandTitleOrganizationalChart"/>
    <dgm:cxn modelId="{7130F54B-0493-4BBF-9FAA-F764AD28EA90}" type="presParOf" srcId="{0A258ECE-A81C-4618-80DA-FFCA9164B5B9}" destId="{660756E4-F6DA-4931-B1AA-CDC7433A5C31}" srcOrd="0" destOrd="0" presId="urn:microsoft.com/office/officeart/2008/layout/NameandTitleOrganizationalChart"/>
    <dgm:cxn modelId="{D8DBFD48-83FE-4AD9-BB57-4DC2944AE591}" type="presParOf" srcId="{660756E4-F6DA-4931-B1AA-CDC7433A5C31}" destId="{C265FFC2-C021-4F7D-8097-52525A208DBC}" srcOrd="0" destOrd="0" presId="urn:microsoft.com/office/officeart/2008/layout/NameandTitleOrganizationalChart"/>
    <dgm:cxn modelId="{C2E0BD72-9C72-4C4B-8433-8AB5F70F3592}" type="presParOf" srcId="{660756E4-F6DA-4931-B1AA-CDC7433A5C31}" destId="{32424B04-13A7-4B79-8227-3F7D5009D58B}" srcOrd="1" destOrd="0" presId="urn:microsoft.com/office/officeart/2008/layout/NameandTitleOrganizationalChart"/>
    <dgm:cxn modelId="{0F500698-BD2C-4FB8-8C93-4A39C396F335}" type="presParOf" srcId="{660756E4-F6DA-4931-B1AA-CDC7433A5C31}" destId="{12D2A741-8EDB-486F-80C4-107373D985E0}" srcOrd="2" destOrd="0" presId="urn:microsoft.com/office/officeart/2008/layout/NameandTitleOrganizationalChart"/>
    <dgm:cxn modelId="{5F3B9EEA-5C21-4126-87B7-29AD2C4CC24C}" type="presParOf" srcId="{0A258ECE-A81C-4618-80DA-FFCA9164B5B9}" destId="{7B3CFD37-6ABE-4430-8EF8-EE19D2BB12FC}" srcOrd="1" destOrd="0" presId="urn:microsoft.com/office/officeart/2008/layout/NameandTitleOrganizationalChart"/>
    <dgm:cxn modelId="{223E55BA-978A-4D30-96A8-BEB55D945251}" type="presParOf" srcId="{0A258ECE-A81C-4618-80DA-FFCA9164B5B9}" destId="{98D5F2BE-C27E-49AC-B4ED-0A37177D7EF0}" srcOrd="2" destOrd="0" presId="urn:microsoft.com/office/officeart/2008/layout/NameandTitleOrganizationalChart"/>
    <dgm:cxn modelId="{1DADD2EA-086D-4AF2-9ECC-5CC5AFFA960C}" type="presParOf" srcId="{0887D6A6-9B14-4C60-A72B-5B7683037C14}" destId="{A8D42586-0836-4B24-8240-4118E012DEF5}" srcOrd="10" destOrd="0" presId="urn:microsoft.com/office/officeart/2008/layout/NameandTitleOrganizationalChart"/>
    <dgm:cxn modelId="{A4FD4D50-E978-44CB-8579-A0A5D46F2D18}" type="presParOf" srcId="{0887D6A6-9B14-4C60-A72B-5B7683037C14}" destId="{28097285-35A8-49C2-B2E3-2B7C6A3A754C}" srcOrd="11" destOrd="0" presId="urn:microsoft.com/office/officeart/2008/layout/NameandTitleOrganizationalChart"/>
    <dgm:cxn modelId="{A9CC2486-1487-4B2E-8F19-4992E35C6585}" type="presParOf" srcId="{28097285-35A8-49C2-B2E3-2B7C6A3A754C}" destId="{BDC1604B-19FF-463F-A629-5974B993A46D}" srcOrd="0" destOrd="0" presId="urn:microsoft.com/office/officeart/2008/layout/NameandTitleOrganizationalChart"/>
    <dgm:cxn modelId="{0DC6864E-EF34-47F2-9DB2-63D1EDF60CCA}" type="presParOf" srcId="{BDC1604B-19FF-463F-A629-5974B993A46D}" destId="{A6AB4D04-23FC-4A71-88DE-909221DC4CF5}" srcOrd="0" destOrd="0" presId="urn:microsoft.com/office/officeart/2008/layout/NameandTitleOrganizationalChart"/>
    <dgm:cxn modelId="{FA538D71-3FA3-489A-9E69-893EF2FD2436}" type="presParOf" srcId="{BDC1604B-19FF-463F-A629-5974B993A46D}" destId="{6B9738A1-94DE-477F-AA8D-0B793FFD4DFE}" srcOrd="1" destOrd="0" presId="urn:microsoft.com/office/officeart/2008/layout/NameandTitleOrganizationalChart"/>
    <dgm:cxn modelId="{417809E3-BF92-4A46-BA7C-0053C1637DB8}" type="presParOf" srcId="{BDC1604B-19FF-463F-A629-5974B993A46D}" destId="{DF53C6E8-1165-4FE4-91DB-2B1633611730}" srcOrd="2" destOrd="0" presId="urn:microsoft.com/office/officeart/2008/layout/NameandTitleOrganizationalChart"/>
    <dgm:cxn modelId="{DC6FBA83-5283-4BB4-A8B1-545F3F7593F5}" type="presParOf" srcId="{28097285-35A8-49C2-B2E3-2B7C6A3A754C}" destId="{B8718FF9-2CBB-4230-84A8-DBD825ACBA90}" srcOrd="1" destOrd="0" presId="urn:microsoft.com/office/officeart/2008/layout/NameandTitleOrganizationalChart"/>
    <dgm:cxn modelId="{0C693047-10D8-46D1-AADA-273453C9D9B1}" type="presParOf" srcId="{28097285-35A8-49C2-B2E3-2B7C6A3A754C}" destId="{9860EFB0-A91A-442E-94A7-C1EDAE75988B}" srcOrd="2" destOrd="0" presId="urn:microsoft.com/office/officeart/2008/layout/NameandTitleOrganizationalChart"/>
    <dgm:cxn modelId="{87F71F12-F0EF-417D-96F7-374F48CD0679}" type="presParOf" srcId="{F7236C84-819B-48C3-AE29-C2DF64EA536A}" destId="{C1B820C2-A7C5-4ED2-A481-2EE1E1F5B648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D42586-0836-4B24-8240-4118E012DEF5}">
      <dsp:nvSpPr>
        <dsp:cNvPr id="0" name=""/>
        <dsp:cNvSpPr/>
      </dsp:nvSpPr>
      <dsp:spPr>
        <a:xfrm>
          <a:off x="3818317" y="1111768"/>
          <a:ext cx="142178" cy="18244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24435"/>
              </a:lnTo>
              <a:lnTo>
                <a:pt x="142178" y="18244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F06853-0BAC-4BF5-82EA-37F2B58B7619}">
      <dsp:nvSpPr>
        <dsp:cNvPr id="0" name=""/>
        <dsp:cNvSpPr/>
      </dsp:nvSpPr>
      <dsp:spPr>
        <a:xfrm>
          <a:off x="3676138" y="1111768"/>
          <a:ext cx="142178" cy="1824435"/>
        </a:xfrm>
        <a:custGeom>
          <a:avLst/>
          <a:gdLst/>
          <a:ahLst/>
          <a:cxnLst/>
          <a:rect l="0" t="0" r="0" b="0"/>
          <a:pathLst>
            <a:path>
              <a:moveTo>
                <a:pt x="142178" y="0"/>
              </a:moveTo>
              <a:lnTo>
                <a:pt x="142178" y="1824435"/>
              </a:lnTo>
              <a:lnTo>
                <a:pt x="0" y="18244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B74B9D-213C-4D5D-A7A4-AD79955BF843}">
      <dsp:nvSpPr>
        <dsp:cNvPr id="0" name=""/>
        <dsp:cNvSpPr/>
      </dsp:nvSpPr>
      <dsp:spPr>
        <a:xfrm>
          <a:off x="3818317" y="1111768"/>
          <a:ext cx="142178" cy="11444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4462"/>
              </a:lnTo>
              <a:lnTo>
                <a:pt x="142178" y="114446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5857B6-AFFF-4676-93D1-333E3EE3AA99}">
      <dsp:nvSpPr>
        <dsp:cNvPr id="0" name=""/>
        <dsp:cNvSpPr/>
      </dsp:nvSpPr>
      <dsp:spPr>
        <a:xfrm>
          <a:off x="3676138" y="1111768"/>
          <a:ext cx="142178" cy="1144462"/>
        </a:xfrm>
        <a:custGeom>
          <a:avLst/>
          <a:gdLst/>
          <a:ahLst/>
          <a:cxnLst/>
          <a:rect l="0" t="0" r="0" b="0"/>
          <a:pathLst>
            <a:path>
              <a:moveTo>
                <a:pt x="142178" y="0"/>
              </a:moveTo>
              <a:lnTo>
                <a:pt x="142178" y="1144462"/>
              </a:lnTo>
              <a:lnTo>
                <a:pt x="0" y="114446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A56280-B592-4667-8FBF-AA59C91BDD85}">
      <dsp:nvSpPr>
        <dsp:cNvPr id="0" name=""/>
        <dsp:cNvSpPr/>
      </dsp:nvSpPr>
      <dsp:spPr>
        <a:xfrm>
          <a:off x="3818317" y="1111768"/>
          <a:ext cx="142178" cy="4644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4488"/>
              </a:lnTo>
              <a:lnTo>
                <a:pt x="142178" y="46448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09D681-168A-47F7-B8EF-927F27D46B90}">
      <dsp:nvSpPr>
        <dsp:cNvPr id="0" name=""/>
        <dsp:cNvSpPr/>
      </dsp:nvSpPr>
      <dsp:spPr>
        <a:xfrm>
          <a:off x="3676138" y="1111768"/>
          <a:ext cx="142178" cy="464488"/>
        </a:xfrm>
        <a:custGeom>
          <a:avLst/>
          <a:gdLst/>
          <a:ahLst/>
          <a:cxnLst/>
          <a:rect l="0" t="0" r="0" b="0"/>
          <a:pathLst>
            <a:path>
              <a:moveTo>
                <a:pt x="142178" y="0"/>
              </a:moveTo>
              <a:lnTo>
                <a:pt x="142178" y="464488"/>
              </a:lnTo>
              <a:lnTo>
                <a:pt x="0" y="46448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CEF2AA-88A1-4794-874F-4A49B1CE296C}">
      <dsp:nvSpPr>
        <dsp:cNvPr id="0" name=""/>
        <dsp:cNvSpPr/>
      </dsp:nvSpPr>
      <dsp:spPr>
        <a:xfrm>
          <a:off x="2701581" y="431795"/>
          <a:ext cx="1116735" cy="2490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444"/>
              </a:lnTo>
              <a:lnTo>
                <a:pt x="1116735" y="148444"/>
              </a:lnTo>
              <a:lnTo>
                <a:pt x="1116735" y="24900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6AEE14-F76A-425A-B48D-F58D5C5993A1}">
      <dsp:nvSpPr>
        <dsp:cNvPr id="0" name=""/>
        <dsp:cNvSpPr/>
      </dsp:nvSpPr>
      <dsp:spPr>
        <a:xfrm>
          <a:off x="1584845" y="1111768"/>
          <a:ext cx="142178" cy="18244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24435"/>
              </a:lnTo>
              <a:lnTo>
                <a:pt x="142178" y="18244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7F7578-C74B-45EC-AE49-5ACF5249F2B3}">
      <dsp:nvSpPr>
        <dsp:cNvPr id="0" name=""/>
        <dsp:cNvSpPr/>
      </dsp:nvSpPr>
      <dsp:spPr>
        <a:xfrm>
          <a:off x="1442666" y="1111768"/>
          <a:ext cx="142178" cy="1824435"/>
        </a:xfrm>
        <a:custGeom>
          <a:avLst/>
          <a:gdLst/>
          <a:ahLst/>
          <a:cxnLst/>
          <a:rect l="0" t="0" r="0" b="0"/>
          <a:pathLst>
            <a:path>
              <a:moveTo>
                <a:pt x="142178" y="0"/>
              </a:moveTo>
              <a:lnTo>
                <a:pt x="142178" y="1824435"/>
              </a:lnTo>
              <a:lnTo>
                <a:pt x="0" y="18244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0A8105-072D-401E-8169-E66C543E456A}">
      <dsp:nvSpPr>
        <dsp:cNvPr id="0" name=""/>
        <dsp:cNvSpPr/>
      </dsp:nvSpPr>
      <dsp:spPr>
        <a:xfrm>
          <a:off x="1584845" y="1111768"/>
          <a:ext cx="142178" cy="11444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4462"/>
              </a:lnTo>
              <a:lnTo>
                <a:pt x="142178" y="114446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AE781F-E99C-42B1-AE65-69CF56C6B0E4}">
      <dsp:nvSpPr>
        <dsp:cNvPr id="0" name=""/>
        <dsp:cNvSpPr/>
      </dsp:nvSpPr>
      <dsp:spPr>
        <a:xfrm>
          <a:off x="1442666" y="1111768"/>
          <a:ext cx="142178" cy="1144462"/>
        </a:xfrm>
        <a:custGeom>
          <a:avLst/>
          <a:gdLst/>
          <a:ahLst/>
          <a:cxnLst/>
          <a:rect l="0" t="0" r="0" b="0"/>
          <a:pathLst>
            <a:path>
              <a:moveTo>
                <a:pt x="142178" y="0"/>
              </a:moveTo>
              <a:lnTo>
                <a:pt x="142178" y="1144462"/>
              </a:lnTo>
              <a:lnTo>
                <a:pt x="0" y="114446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E5EF68-8F5A-44D8-8247-B523026A6039}">
      <dsp:nvSpPr>
        <dsp:cNvPr id="0" name=""/>
        <dsp:cNvSpPr/>
      </dsp:nvSpPr>
      <dsp:spPr>
        <a:xfrm>
          <a:off x="1584845" y="1111768"/>
          <a:ext cx="142178" cy="4644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4488"/>
              </a:lnTo>
              <a:lnTo>
                <a:pt x="142178" y="46448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8FF80A-DDA7-491B-940F-A422B3EB405C}">
      <dsp:nvSpPr>
        <dsp:cNvPr id="0" name=""/>
        <dsp:cNvSpPr/>
      </dsp:nvSpPr>
      <dsp:spPr>
        <a:xfrm>
          <a:off x="1442666" y="1111768"/>
          <a:ext cx="142178" cy="464488"/>
        </a:xfrm>
        <a:custGeom>
          <a:avLst/>
          <a:gdLst/>
          <a:ahLst/>
          <a:cxnLst/>
          <a:rect l="0" t="0" r="0" b="0"/>
          <a:pathLst>
            <a:path>
              <a:moveTo>
                <a:pt x="142178" y="0"/>
              </a:moveTo>
              <a:lnTo>
                <a:pt x="142178" y="464488"/>
              </a:lnTo>
              <a:lnTo>
                <a:pt x="0" y="46448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9760F4-7A4E-42F8-AFEF-D1B1CFC02AAD}">
      <dsp:nvSpPr>
        <dsp:cNvPr id="0" name=""/>
        <dsp:cNvSpPr/>
      </dsp:nvSpPr>
      <dsp:spPr>
        <a:xfrm>
          <a:off x="1584845" y="431795"/>
          <a:ext cx="1116735" cy="249004"/>
        </a:xfrm>
        <a:custGeom>
          <a:avLst/>
          <a:gdLst/>
          <a:ahLst/>
          <a:cxnLst/>
          <a:rect l="0" t="0" r="0" b="0"/>
          <a:pathLst>
            <a:path>
              <a:moveTo>
                <a:pt x="1116735" y="0"/>
              </a:moveTo>
              <a:lnTo>
                <a:pt x="1116735" y="148444"/>
              </a:lnTo>
              <a:lnTo>
                <a:pt x="0" y="148444"/>
              </a:lnTo>
              <a:lnTo>
                <a:pt x="0" y="24900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F3D7C1-EA9E-4F8D-87DF-D4B2E1894338}">
      <dsp:nvSpPr>
        <dsp:cNvPr id="0" name=""/>
        <dsp:cNvSpPr/>
      </dsp:nvSpPr>
      <dsp:spPr>
        <a:xfrm>
          <a:off x="2285391" y="825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Consejo</a:t>
          </a:r>
        </a:p>
      </dsp:txBody>
      <dsp:txXfrm>
        <a:off x="2285391" y="825"/>
        <a:ext cx="832379" cy="430969"/>
      </dsp:txXfrm>
    </dsp:sp>
    <dsp:sp modelId="{F939180F-96A2-412B-BB81-16E88F3F9AF2}">
      <dsp:nvSpPr>
        <dsp:cNvPr id="0" name=""/>
        <dsp:cNvSpPr/>
      </dsp:nvSpPr>
      <dsp:spPr>
        <a:xfrm>
          <a:off x="2451867" y="336024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3810" rIns="15240" bIns="3810" numCol="1" spcCol="1270" anchor="ctr" anchorCtr="0">
          <a:noAutofit/>
        </a:bodyPr>
        <a:lstStyle/>
        <a:p>
          <a:pPr marL="0" lvl="0" indent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600" kern="1200"/>
        </a:p>
      </dsp:txBody>
      <dsp:txXfrm>
        <a:off x="2451867" y="336024"/>
        <a:ext cx="749141" cy="143656"/>
      </dsp:txXfrm>
    </dsp:sp>
    <dsp:sp modelId="{D1FC463D-F60E-4A64-8B9E-39C7332A3F2A}">
      <dsp:nvSpPr>
        <dsp:cNvPr id="0" name=""/>
        <dsp:cNvSpPr/>
      </dsp:nvSpPr>
      <dsp:spPr>
        <a:xfrm>
          <a:off x="1168655" y="680799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Línea 1</a:t>
          </a:r>
        </a:p>
      </dsp:txBody>
      <dsp:txXfrm>
        <a:off x="1168655" y="680799"/>
        <a:ext cx="832379" cy="430969"/>
      </dsp:txXfrm>
    </dsp:sp>
    <dsp:sp modelId="{16FF1A62-DAFB-43CF-891E-8C774467900C}">
      <dsp:nvSpPr>
        <dsp:cNvPr id="0" name=""/>
        <dsp:cNvSpPr/>
      </dsp:nvSpPr>
      <dsp:spPr>
        <a:xfrm>
          <a:off x="1335131" y="1015997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3810" rIns="15240" bIns="3810" numCol="1" spcCol="1270" anchor="ctr" anchorCtr="0">
          <a:noAutofit/>
        </a:bodyPr>
        <a:lstStyle/>
        <a:p>
          <a:pPr marL="0" lvl="0" indent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600" kern="1200"/>
        </a:p>
      </dsp:txBody>
      <dsp:txXfrm>
        <a:off x="1335131" y="1015997"/>
        <a:ext cx="749141" cy="143656"/>
      </dsp:txXfrm>
    </dsp:sp>
    <dsp:sp modelId="{81A5ECC8-8EDD-48E2-931C-46A87C2810A1}">
      <dsp:nvSpPr>
        <dsp:cNvPr id="0" name=""/>
        <dsp:cNvSpPr/>
      </dsp:nvSpPr>
      <dsp:spPr>
        <a:xfrm>
          <a:off x="610287" y="1360772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1</a:t>
          </a:r>
        </a:p>
      </dsp:txBody>
      <dsp:txXfrm>
        <a:off x="610287" y="1360772"/>
        <a:ext cx="832379" cy="430969"/>
      </dsp:txXfrm>
    </dsp:sp>
    <dsp:sp modelId="{5513ACD8-D613-464D-8F4C-32411DDEC3D7}">
      <dsp:nvSpPr>
        <dsp:cNvPr id="0" name=""/>
        <dsp:cNvSpPr/>
      </dsp:nvSpPr>
      <dsp:spPr>
        <a:xfrm>
          <a:off x="776763" y="1695970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3810" rIns="15240" bIns="3810" numCol="1" spcCol="1270" anchor="ctr" anchorCtr="0">
          <a:noAutofit/>
        </a:bodyPr>
        <a:lstStyle/>
        <a:p>
          <a:pPr marL="0" lvl="0" indent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600" kern="1200"/>
        </a:p>
      </dsp:txBody>
      <dsp:txXfrm>
        <a:off x="776763" y="1695970"/>
        <a:ext cx="749141" cy="143656"/>
      </dsp:txXfrm>
    </dsp:sp>
    <dsp:sp modelId="{F9FA124B-818F-42A7-9DFA-A06499287683}">
      <dsp:nvSpPr>
        <dsp:cNvPr id="0" name=""/>
        <dsp:cNvSpPr/>
      </dsp:nvSpPr>
      <dsp:spPr>
        <a:xfrm>
          <a:off x="1727023" y="1360772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2</a:t>
          </a:r>
        </a:p>
      </dsp:txBody>
      <dsp:txXfrm>
        <a:off x="1727023" y="1360772"/>
        <a:ext cx="832379" cy="430969"/>
      </dsp:txXfrm>
    </dsp:sp>
    <dsp:sp modelId="{8F0BB482-BB62-4A62-A43B-7DFE1E6B0565}">
      <dsp:nvSpPr>
        <dsp:cNvPr id="0" name=""/>
        <dsp:cNvSpPr/>
      </dsp:nvSpPr>
      <dsp:spPr>
        <a:xfrm>
          <a:off x="1893499" y="1695970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3810" rIns="15240" bIns="3810" numCol="1" spcCol="1270" anchor="ctr" anchorCtr="0">
          <a:noAutofit/>
        </a:bodyPr>
        <a:lstStyle/>
        <a:p>
          <a:pPr marL="0" lvl="0" indent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600" kern="1200"/>
        </a:p>
      </dsp:txBody>
      <dsp:txXfrm>
        <a:off x="1893499" y="1695970"/>
        <a:ext cx="749141" cy="143656"/>
      </dsp:txXfrm>
    </dsp:sp>
    <dsp:sp modelId="{331D7FB3-CD86-45EE-B1B3-B266620157FE}">
      <dsp:nvSpPr>
        <dsp:cNvPr id="0" name=""/>
        <dsp:cNvSpPr/>
      </dsp:nvSpPr>
      <dsp:spPr>
        <a:xfrm>
          <a:off x="610287" y="2040746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3</a:t>
          </a:r>
        </a:p>
      </dsp:txBody>
      <dsp:txXfrm>
        <a:off x="610287" y="2040746"/>
        <a:ext cx="832379" cy="430969"/>
      </dsp:txXfrm>
    </dsp:sp>
    <dsp:sp modelId="{B9B113CF-B29C-4824-B7B5-1F8105A5F621}">
      <dsp:nvSpPr>
        <dsp:cNvPr id="0" name=""/>
        <dsp:cNvSpPr/>
      </dsp:nvSpPr>
      <dsp:spPr>
        <a:xfrm>
          <a:off x="776763" y="2375944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3810" rIns="15240" bIns="3810" numCol="1" spcCol="1270" anchor="ctr" anchorCtr="0">
          <a:noAutofit/>
        </a:bodyPr>
        <a:lstStyle/>
        <a:p>
          <a:pPr marL="0" lvl="0" indent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600" kern="1200"/>
        </a:p>
      </dsp:txBody>
      <dsp:txXfrm>
        <a:off x="776763" y="2375944"/>
        <a:ext cx="749141" cy="143656"/>
      </dsp:txXfrm>
    </dsp:sp>
    <dsp:sp modelId="{5F7995F4-04DA-43B6-A6E4-4039B2268AFB}">
      <dsp:nvSpPr>
        <dsp:cNvPr id="0" name=""/>
        <dsp:cNvSpPr/>
      </dsp:nvSpPr>
      <dsp:spPr>
        <a:xfrm>
          <a:off x="1727023" y="2040746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4</a:t>
          </a:r>
        </a:p>
      </dsp:txBody>
      <dsp:txXfrm>
        <a:off x="1727023" y="2040746"/>
        <a:ext cx="832379" cy="430969"/>
      </dsp:txXfrm>
    </dsp:sp>
    <dsp:sp modelId="{7CEEE34C-08B0-4741-AAE4-8D283FF534C6}">
      <dsp:nvSpPr>
        <dsp:cNvPr id="0" name=""/>
        <dsp:cNvSpPr/>
      </dsp:nvSpPr>
      <dsp:spPr>
        <a:xfrm>
          <a:off x="1893499" y="2375944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1893499" y="2375944"/>
        <a:ext cx="749141" cy="143656"/>
      </dsp:txXfrm>
    </dsp:sp>
    <dsp:sp modelId="{96E3B17A-D856-4BA2-86E8-717DCD2B656C}">
      <dsp:nvSpPr>
        <dsp:cNvPr id="0" name=""/>
        <dsp:cNvSpPr/>
      </dsp:nvSpPr>
      <dsp:spPr>
        <a:xfrm>
          <a:off x="610287" y="2720719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5</a:t>
          </a:r>
        </a:p>
      </dsp:txBody>
      <dsp:txXfrm>
        <a:off x="610287" y="2720719"/>
        <a:ext cx="832379" cy="430969"/>
      </dsp:txXfrm>
    </dsp:sp>
    <dsp:sp modelId="{C89EC501-9296-4BE9-B210-E68FB6A6A7DE}">
      <dsp:nvSpPr>
        <dsp:cNvPr id="0" name=""/>
        <dsp:cNvSpPr/>
      </dsp:nvSpPr>
      <dsp:spPr>
        <a:xfrm>
          <a:off x="776763" y="3055917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776763" y="3055917"/>
        <a:ext cx="749141" cy="143656"/>
      </dsp:txXfrm>
    </dsp:sp>
    <dsp:sp modelId="{C95ECF3F-DC3B-462D-AAFD-45290388313D}">
      <dsp:nvSpPr>
        <dsp:cNvPr id="0" name=""/>
        <dsp:cNvSpPr/>
      </dsp:nvSpPr>
      <dsp:spPr>
        <a:xfrm>
          <a:off x="1727023" y="2720719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6</a:t>
          </a:r>
        </a:p>
      </dsp:txBody>
      <dsp:txXfrm>
        <a:off x="1727023" y="2720719"/>
        <a:ext cx="832379" cy="430969"/>
      </dsp:txXfrm>
    </dsp:sp>
    <dsp:sp modelId="{D8383A04-0BB8-4692-BCDC-DCB9A51B48FA}">
      <dsp:nvSpPr>
        <dsp:cNvPr id="0" name=""/>
        <dsp:cNvSpPr/>
      </dsp:nvSpPr>
      <dsp:spPr>
        <a:xfrm>
          <a:off x="1893499" y="3055917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1893499" y="3055917"/>
        <a:ext cx="749141" cy="143656"/>
      </dsp:txXfrm>
    </dsp:sp>
    <dsp:sp modelId="{F75632EB-02C5-4993-8D54-1121B710A860}">
      <dsp:nvSpPr>
        <dsp:cNvPr id="0" name=""/>
        <dsp:cNvSpPr/>
      </dsp:nvSpPr>
      <dsp:spPr>
        <a:xfrm>
          <a:off x="3402127" y="680799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Linea 2</a:t>
          </a:r>
        </a:p>
      </dsp:txBody>
      <dsp:txXfrm>
        <a:off x="3402127" y="680799"/>
        <a:ext cx="832379" cy="430969"/>
      </dsp:txXfrm>
    </dsp:sp>
    <dsp:sp modelId="{67ED9CC1-9242-48F8-8AAA-23925FDAFB26}">
      <dsp:nvSpPr>
        <dsp:cNvPr id="0" name=""/>
        <dsp:cNvSpPr/>
      </dsp:nvSpPr>
      <dsp:spPr>
        <a:xfrm>
          <a:off x="3568603" y="1015997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3810" rIns="15240" bIns="3810" numCol="1" spcCol="1270" anchor="ctr" anchorCtr="0">
          <a:noAutofit/>
        </a:bodyPr>
        <a:lstStyle/>
        <a:p>
          <a:pPr marL="0" lvl="0" indent="0" algn="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600" kern="1200"/>
        </a:p>
      </dsp:txBody>
      <dsp:txXfrm>
        <a:off x="3568603" y="1015997"/>
        <a:ext cx="749141" cy="143656"/>
      </dsp:txXfrm>
    </dsp:sp>
    <dsp:sp modelId="{E7563D71-256A-4089-83C5-C352534B0848}">
      <dsp:nvSpPr>
        <dsp:cNvPr id="0" name=""/>
        <dsp:cNvSpPr/>
      </dsp:nvSpPr>
      <dsp:spPr>
        <a:xfrm>
          <a:off x="2843759" y="1360772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7</a:t>
          </a:r>
        </a:p>
      </dsp:txBody>
      <dsp:txXfrm>
        <a:off x="2843759" y="1360772"/>
        <a:ext cx="832379" cy="430969"/>
      </dsp:txXfrm>
    </dsp:sp>
    <dsp:sp modelId="{CC93BB7F-9E50-41E3-B468-E94E50A395FA}">
      <dsp:nvSpPr>
        <dsp:cNvPr id="0" name=""/>
        <dsp:cNvSpPr/>
      </dsp:nvSpPr>
      <dsp:spPr>
        <a:xfrm>
          <a:off x="3010235" y="1695970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3010235" y="1695970"/>
        <a:ext cx="749141" cy="143656"/>
      </dsp:txXfrm>
    </dsp:sp>
    <dsp:sp modelId="{687A3A85-6872-491C-AD79-05CC406B1CB6}">
      <dsp:nvSpPr>
        <dsp:cNvPr id="0" name=""/>
        <dsp:cNvSpPr/>
      </dsp:nvSpPr>
      <dsp:spPr>
        <a:xfrm>
          <a:off x="3960495" y="1360772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8</a:t>
          </a:r>
        </a:p>
      </dsp:txBody>
      <dsp:txXfrm>
        <a:off x="3960495" y="1360772"/>
        <a:ext cx="832379" cy="430969"/>
      </dsp:txXfrm>
    </dsp:sp>
    <dsp:sp modelId="{7E7FEB32-5BE8-4A44-A010-80B5C58E3F80}">
      <dsp:nvSpPr>
        <dsp:cNvPr id="0" name=""/>
        <dsp:cNvSpPr/>
      </dsp:nvSpPr>
      <dsp:spPr>
        <a:xfrm>
          <a:off x="4126971" y="1695970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4126971" y="1695970"/>
        <a:ext cx="749141" cy="143656"/>
      </dsp:txXfrm>
    </dsp:sp>
    <dsp:sp modelId="{3AD8B1E3-ED13-4559-B439-D50EA7A588E8}">
      <dsp:nvSpPr>
        <dsp:cNvPr id="0" name=""/>
        <dsp:cNvSpPr/>
      </dsp:nvSpPr>
      <dsp:spPr>
        <a:xfrm>
          <a:off x="2843759" y="2040746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9</a:t>
          </a:r>
        </a:p>
      </dsp:txBody>
      <dsp:txXfrm>
        <a:off x="2843759" y="2040746"/>
        <a:ext cx="832379" cy="430969"/>
      </dsp:txXfrm>
    </dsp:sp>
    <dsp:sp modelId="{71AF2D12-BF81-464E-90AC-7DADD9329EC0}">
      <dsp:nvSpPr>
        <dsp:cNvPr id="0" name=""/>
        <dsp:cNvSpPr/>
      </dsp:nvSpPr>
      <dsp:spPr>
        <a:xfrm>
          <a:off x="3010235" y="2375944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3010235" y="2375944"/>
        <a:ext cx="749141" cy="143656"/>
      </dsp:txXfrm>
    </dsp:sp>
    <dsp:sp modelId="{DD9EE910-AD9A-4A18-95A9-BADF6D805B8E}">
      <dsp:nvSpPr>
        <dsp:cNvPr id="0" name=""/>
        <dsp:cNvSpPr/>
      </dsp:nvSpPr>
      <dsp:spPr>
        <a:xfrm>
          <a:off x="3960495" y="2040746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10 </a:t>
          </a:r>
        </a:p>
      </dsp:txBody>
      <dsp:txXfrm>
        <a:off x="3960495" y="2040746"/>
        <a:ext cx="832379" cy="430969"/>
      </dsp:txXfrm>
    </dsp:sp>
    <dsp:sp modelId="{5A35FBF9-FA6A-4C0A-AB1F-7A8E77FA0767}">
      <dsp:nvSpPr>
        <dsp:cNvPr id="0" name=""/>
        <dsp:cNvSpPr/>
      </dsp:nvSpPr>
      <dsp:spPr>
        <a:xfrm>
          <a:off x="4126971" y="2375944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4126971" y="2375944"/>
        <a:ext cx="749141" cy="143656"/>
      </dsp:txXfrm>
    </dsp:sp>
    <dsp:sp modelId="{C265FFC2-C021-4F7D-8097-52525A208DBC}">
      <dsp:nvSpPr>
        <dsp:cNvPr id="0" name=""/>
        <dsp:cNvSpPr/>
      </dsp:nvSpPr>
      <dsp:spPr>
        <a:xfrm>
          <a:off x="2843759" y="2720719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11</a:t>
          </a:r>
        </a:p>
      </dsp:txBody>
      <dsp:txXfrm>
        <a:off x="2843759" y="2720719"/>
        <a:ext cx="832379" cy="430969"/>
      </dsp:txXfrm>
    </dsp:sp>
    <dsp:sp modelId="{32424B04-13A7-4B79-8227-3F7D5009D58B}">
      <dsp:nvSpPr>
        <dsp:cNvPr id="0" name=""/>
        <dsp:cNvSpPr/>
      </dsp:nvSpPr>
      <dsp:spPr>
        <a:xfrm>
          <a:off x="3010235" y="3055917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3010235" y="3055917"/>
        <a:ext cx="749141" cy="143656"/>
      </dsp:txXfrm>
    </dsp:sp>
    <dsp:sp modelId="{A6AB4D04-23FC-4A71-88DE-909221DC4CF5}">
      <dsp:nvSpPr>
        <dsp:cNvPr id="0" name=""/>
        <dsp:cNvSpPr/>
      </dsp:nvSpPr>
      <dsp:spPr>
        <a:xfrm>
          <a:off x="3960495" y="2720719"/>
          <a:ext cx="832379" cy="43096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0815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/>
            <a:t>Investigador 12...</a:t>
          </a:r>
        </a:p>
      </dsp:txBody>
      <dsp:txXfrm>
        <a:off x="3960495" y="2720719"/>
        <a:ext cx="832379" cy="430969"/>
      </dsp:txXfrm>
    </dsp:sp>
    <dsp:sp modelId="{6B9738A1-94DE-477F-AA8D-0B793FFD4DFE}">
      <dsp:nvSpPr>
        <dsp:cNvPr id="0" name=""/>
        <dsp:cNvSpPr/>
      </dsp:nvSpPr>
      <dsp:spPr>
        <a:xfrm>
          <a:off x="4126971" y="3055917"/>
          <a:ext cx="749141" cy="14365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marL="0" lvl="0" indent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900" kern="1200"/>
        </a:p>
      </dsp:txBody>
      <dsp:txXfrm>
        <a:off x="4126971" y="3055917"/>
        <a:ext cx="749141" cy="1436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0D2E6E-77DD-41BD-A806-7196D074A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1447</Words>
  <Characters>7961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LORETO BUSTOS NOVOA</cp:lastModifiedBy>
  <cp:revision>2</cp:revision>
  <cp:lastPrinted>2026-06-16T20:44:00Z</cp:lastPrinted>
  <dcterms:created xsi:type="dcterms:W3CDTF">2026-09-04T13:51:00Z</dcterms:created>
  <dcterms:modified xsi:type="dcterms:W3CDTF">2026-09-04T13:51:00Z</dcterms:modified>
  <cp:category/>
</cp:coreProperties>
</file>